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10200"/>
      </w:tblGrid>
      <w:tr w:rsidR="00632820" w:rsidRPr="00D15352" w14:paraId="6B681480" w14:textId="77777777" w:rsidTr="032B6DD8">
        <w:trPr>
          <w:jc w:val="center"/>
        </w:trPr>
        <w:tc>
          <w:tcPr>
            <w:tcW w:w="10200" w:type="dxa"/>
            <w:shd w:val="clear" w:color="auto" w:fill="0E3D73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7FDC231E" w14:textId="25B87890" w:rsidR="00632820" w:rsidRPr="00D15352" w:rsidRDefault="032B6DD8" w:rsidP="032B6DD8">
            <w:pPr>
              <w:jc w:val="center"/>
              <w:rPr>
                <w:rFonts w:ascii="Aptos" w:hAnsi="Aptos"/>
                <w:color w:val="DCF0F5"/>
                <w:sz w:val="23"/>
                <w:szCs w:val="23"/>
              </w:rPr>
            </w:pPr>
            <w:r w:rsidRPr="00D15352">
              <w:rPr>
                <w:rFonts w:ascii="Aptos Display" w:hAnsi="Aptos Display"/>
                <w:b/>
                <w:bCs/>
                <w:color w:val="FFFFFF" w:themeColor="background1"/>
                <w:sz w:val="46"/>
                <w:szCs w:val="46"/>
              </w:rPr>
              <w:t>PLAN DE VOLUNTARIADO DE LA ENTIDAD</w:t>
            </w:r>
          </w:p>
          <w:p w14:paraId="751FFEE6" w14:textId="23A074B6" w:rsidR="00632820" w:rsidRPr="00D15352" w:rsidRDefault="00106454">
            <w:pPr>
              <w:jc w:val="center"/>
            </w:pPr>
            <w:r w:rsidRPr="00D15352">
              <w:rPr>
                <w:rFonts w:ascii="Aptos" w:hAnsi="Aptos"/>
                <w:color w:val="DCF0F5"/>
                <w:sz w:val="19"/>
              </w:rPr>
              <w:t>Artículo 19 de la Ley 4/2025, de 22 de mayo, de la Generalitat, de voluntariado de la Comunitat Valenciana</w:t>
            </w:r>
          </w:p>
        </w:tc>
      </w:tr>
    </w:tbl>
    <w:p w14:paraId="672A6659" w14:textId="77777777" w:rsidR="00632820" w:rsidRPr="00D15352" w:rsidRDefault="00632820"/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10200"/>
      </w:tblGrid>
      <w:tr w:rsidR="00632820" w:rsidRPr="00D15352" w14:paraId="0066AECB" w14:textId="77777777" w:rsidTr="032B6DD8">
        <w:trPr>
          <w:jc w:val="center"/>
        </w:trPr>
        <w:tc>
          <w:tcPr>
            <w:tcW w:w="10200" w:type="dxa"/>
            <w:shd w:val="clear" w:color="auto" w:fill="EEF7FA"/>
            <w:tcMar>
              <w:top w:w="130" w:type="dxa"/>
              <w:left w:w="160" w:type="dxa"/>
              <w:bottom w:w="130" w:type="dxa"/>
              <w:right w:w="160" w:type="dxa"/>
            </w:tcMar>
          </w:tcPr>
          <w:p w14:paraId="6E9A47E5" w14:textId="77777777" w:rsidR="00632820" w:rsidRPr="00D15352" w:rsidRDefault="032B6DD8" w:rsidP="032B6DD8">
            <w:pPr>
              <w:spacing w:after="80" w:line="264" w:lineRule="auto"/>
              <w:rPr>
                <w:rFonts w:ascii="Aptos" w:hAnsi="Aptos"/>
                <w:i/>
                <w:iCs/>
                <w:color w:val="606C78"/>
                <w:sz w:val="19"/>
                <w:szCs w:val="19"/>
              </w:rPr>
            </w:pPr>
            <w:r w:rsidRPr="00D15352">
              <w:rPr>
                <w:rFonts w:ascii="Aptos" w:hAnsi="Aptos"/>
                <w:i/>
                <w:iCs/>
                <w:color w:val="606C78"/>
                <w:sz w:val="19"/>
                <w:szCs w:val="19"/>
              </w:rPr>
              <w:t xml:space="preserve">Finalidad de la plantilla: permitir a las entidades de voluntariado cumplimentar el plan con una estructura homogénea, clara y visual. Los textos entre corchetes tienen </w:t>
            </w:r>
            <w:proofErr w:type="spellStart"/>
            <w:r w:rsidRPr="00D15352">
              <w:rPr>
                <w:rFonts w:ascii="Aptos" w:hAnsi="Aptos"/>
                <w:i/>
                <w:iCs/>
                <w:color w:val="606C78"/>
                <w:sz w:val="19"/>
                <w:szCs w:val="19"/>
              </w:rPr>
              <w:t>caracter</w:t>
            </w:r>
            <w:proofErr w:type="spellEnd"/>
            <w:r w:rsidRPr="00D15352">
              <w:rPr>
                <w:rFonts w:ascii="Aptos" w:hAnsi="Aptos"/>
                <w:i/>
                <w:iCs/>
                <w:color w:val="606C78"/>
                <w:sz w:val="19"/>
                <w:szCs w:val="19"/>
              </w:rPr>
              <w:t xml:space="preserve"> orientativo y deben sustituirse por el contenido propio de la entidad.</w:t>
            </w:r>
          </w:p>
          <w:p w14:paraId="3B335685" w14:textId="3185610C" w:rsidR="00942988" w:rsidRPr="00D15352" w:rsidRDefault="00561EFB" w:rsidP="032B6DD8">
            <w:pPr>
              <w:spacing w:after="80" w:line="264" w:lineRule="auto"/>
            </w:pPr>
            <w:r w:rsidRPr="00D15352">
              <w:rPr>
                <w:rFonts w:ascii="Aptos" w:hAnsi="Aptos"/>
                <w:i/>
                <w:iCs/>
                <w:color w:val="606C78"/>
                <w:sz w:val="19"/>
                <w:szCs w:val="19"/>
              </w:rPr>
              <w:t>Pueden añadirse tantas tablas o ítems como la entidad considere necesarias para reflejar el contenido del Plan de voluntariado.</w:t>
            </w:r>
          </w:p>
        </w:tc>
      </w:tr>
    </w:tbl>
    <w:p w14:paraId="0A37501D" w14:textId="77777777" w:rsidR="00632820" w:rsidRPr="00D15352" w:rsidRDefault="00632820"/>
    <w:tbl>
      <w:tblPr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3030"/>
        <w:gridCol w:w="6463"/>
      </w:tblGrid>
      <w:tr w:rsidR="00632820" w:rsidRPr="00D15352" w14:paraId="7978954D" w14:textId="77777777" w:rsidTr="00106454">
        <w:trPr>
          <w:trHeight w:val="420"/>
          <w:jc w:val="center"/>
        </w:trPr>
        <w:tc>
          <w:tcPr>
            <w:tcW w:w="3030" w:type="dxa"/>
            <w:shd w:val="clear" w:color="auto" w:fill="DCEEF5"/>
            <w:tcMar>
              <w:top w:w="130" w:type="dxa"/>
              <w:left w:w="150" w:type="dxa"/>
              <w:bottom w:w="130" w:type="dxa"/>
              <w:right w:w="150" w:type="dxa"/>
            </w:tcMar>
            <w:vAlign w:val="center"/>
          </w:tcPr>
          <w:p w14:paraId="03A5926C" w14:textId="77777777" w:rsidR="00632820" w:rsidRPr="00D15352" w:rsidRDefault="0098018D">
            <w:pPr>
              <w:spacing w:after="80" w:line="264" w:lineRule="auto"/>
            </w:pPr>
            <w:r w:rsidRPr="00D15352">
              <w:rPr>
                <w:rFonts w:ascii="Aptos" w:hAnsi="Aptos"/>
                <w:color w:val="0E3D73"/>
                <w:sz w:val="20"/>
              </w:rPr>
              <w:t>Entidad</w:t>
            </w:r>
          </w:p>
        </w:tc>
        <w:tc>
          <w:tcPr>
            <w:tcW w:w="6463" w:type="dxa"/>
            <w:shd w:val="clear" w:color="auto" w:fill="FFFFFF"/>
            <w:tcMar>
              <w:top w:w="130" w:type="dxa"/>
              <w:left w:w="150" w:type="dxa"/>
              <w:bottom w:w="130" w:type="dxa"/>
              <w:right w:w="150" w:type="dxa"/>
            </w:tcMar>
            <w:vAlign w:val="center"/>
          </w:tcPr>
          <w:p w14:paraId="06D65548" w14:textId="06B85B39" w:rsidR="00632820" w:rsidRPr="00D15352" w:rsidRDefault="0098018D">
            <w:pPr>
              <w:spacing w:after="80" w:line="264" w:lineRule="auto"/>
            </w:pPr>
            <w:r w:rsidRPr="00D15352">
              <w:rPr>
                <w:rFonts w:ascii="Aptos" w:hAnsi="Aptos"/>
                <w:color w:val="606C78"/>
                <w:sz w:val="20"/>
              </w:rPr>
              <w:t>[Introduzca la denominaci</w:t>
            </w:r>
            <w:r w:rsidR="00106454" w:rsidRPr="00D15352">
              <w:rPr>
                <w:rFonts w:ascii="Aptos" w:hAnsi="Aptos"/>
                <w:color w:val="606C78"/>
                <w:sz w:val="20"/>
              </w:rPr>
              <w:t>ó</w:t>
            </w:r>
            <w:r w:rsidRPr="00D15352">
              <w:rPr>
                <w:rFonts w:ascii="Aptos" w:hAnsi="Aptos"/>
                <w:color w:val="606C78"/>
                <w:sz w:val="20"/>
              </w:rPr>
              <w:t>n completa de la entidad]</w:t>
            </w:r>
          </w:p>
        </w:tc>
      </w:tr>
      <w:tr w:rsidR="00632820" w:rsidRPr="00D15352" w14:paraId="57F293D1" w14:textId="77777777" w:rsidTr="00106454">
        <w:trPr>
          <w:trHeight w:val="420"/>
          <w:jc w:val="center"/>
        </w:trPr>
        <w:tc>
          <w:tcPr>
            <w:tcW w:w="3030" w:type="dxa"/>
            <w:shd w:val="clear" w:color="auto" w:fill="DCEEF5"/>
            <w:tcMar>
              <w:top w:w="130" w:type="dxa"/>
              <w:left w:w="150" w:type="dxa"/>
              <w:bottom w:w="130" w:type="dxa"/>
              <w:right w:w="150" w:type="dxa"/>
            </w:tcMar>
            <w:vAlign w:val="center"/>
          </w:tcPr>
          <w:p w14:paraId="2F0EBB41" w14:textId="3243F509" w:rsidR="00632820" w:rsidRPr="00D15352" w:rsidRDefault="0098018D">
            <w:pPr>
              <w:spacing w:after="80" w:line="264" w:lineRule="auto"/>
            </w:pPr>
            <w:r w:rsidRPr="00D15352">
              <w:rPr>
                <w:rFonts w:ascii="Aptos" w:hAnsi="Aptos"/>
                <w:color w:val="0E3D73"/>
                <w:sz w:val="20"/>
              </w:rPr>
              <w:t>Denominac</w:t>
            </w:r>
            <w:r w:rsidR="00106454" w:rsidRPr="00D15352">
              <w:rPr>
                <w:rFonts w:ascii="Aptos" w:hAnsi="Aptos"/>
                <w:color w:val="0E3D73"/>
                <w:sz w:val="20"/>
              </w:rPr>
              <w:t>ió</w:t>
            </w:r>
            <w:r w:rsidRPr="00D15352">
              <w:rPr>
                <w:rFonts w:ascii="Aptos" w:hAnsi="Aptos"/>
                <w:color w:val="0E3D73"/>
                <w:sz w:val="20"/>
              </w:rPr>
              <w:t>n del plan</w:t>
            </w:r>
          </w:p>
        </w:tc>
        <w:tc>
          <w:tcPr>
            <w:tcW w:w="6463" w:type="dxa"/>
            <w:shd w:val="clear" w:color="auto" w:fill="FFFFFF"/>
            <w:tcMar>
              <w:top w:w="130" w:type="dxa"/>
              <w:left w:w="150" w:type="dxa"/>
              <w:bottom w:w="130" w:type="dxa"/>
              <w:right w:w="150" w:type="dxa"/>
            </w:tcMar>
            <w:vAlign w:val="center"/>
          </w:tcPr>
          <w:p w14:paraId="40209391" w14:textId="77777777" w:rsidR="00632820" w:rsidRPr="00D15352" w:rsidRDefault="0098018D">
            <w:pPr>
              <w:spacing w:after="80" w:line="264" w:lineRule="auto"/>
            </w:pPr>
            <w:r w:rsidRPr="00D15352">
              <w:rPr>
                <w:rFonts w:ascii="Aptos" w:hAnsi="Aptos"/>
                <w:color w:val="606C78"/>
                <w:sz w:val="20"/>
              </w:rPr>
              <w:t>[Ej.: Plan de Voluntariado 2026-2029]</w:t>
            </w:r>
          </w:p>
        </w:tc>
      </w:tr>
      <w:tr w:rsidR="00632820" w:rsidRPr="00D15352" w14:paraId="5E9358DC" w14:textId="77777777" w:rsidTr="00106454">
        <w:trPr>
          <w:trHeight w:val="420"/>
          <w:jc w:val="center"/>
        </w:trPr>
        <w:tc>
          <w:tcPr>
            <w:tcW w:w="3030" w:type="dxa"/>
            <w:shd w:val="clear" w:color="auto" w:fill="DCEEF5"/>
            <w:tcMar>
              <w:top w:w="130" w:type="dxa"/>
              <w:left w:w="150" w:type="dxa"/>
              <w:bottom w:w="130" w:type="dxa"/>
              <w:right w:w="150" w:type="dxa"/>
            </w:tcMar>
            <w:vAlign w:val="center"/>
          </w:tcPr>
          <w:p w14:paraId="3C382820" w14:textId="77449C25" w:rsidR="00632820" w:rsidRPr="00D15352" w:rsidRDefault="0098018D">
            <w:pPr>
              <w:spacing w:after="80" w:line="264" w:lineRule="auto"/>
            </w:pPr>
            <w:r w:rsidRPr="00D15352">
              <w:rPr>
                <w:rFonts w:ascii="Aptos" w:hAnsi="Aptos"/>
                <w:color w:val="0E3D73"/>
                <w:sz w:val="20"/>
              </w:rPr>
              <w:t>Fecha de aprobaci</w:t>
            </w:r>
            <w:r w:rsidR="00106454" w:rsidRPr="00D15352">
              <w:rPr>
                <w:rFonts w:ascii="Aptos" w:hAnsi="Aptos"/>
                <w:color w:val="0E3D73"/>
                <w:sz w:val="20"/>
              </w:rPr>
              <w:t>ó</w:t>
            </w:r>
            <w:r w:rsidRPr="00D15352">
              <w:rPr>
                <w:rFonts w:ascii="Aptos" w:hAnsi="Aptos"/>
                <w:color w:val="0E3D73"/>
                <w:sz w:val="20"/>
              </w:rPr>
              <w:t>n</w:t>
            </w:r>
          </w:p>
        </w:tc>
        <w:tc>
          <w:tcPr>
            <w:tcW w:w="6463" w:type="dxa"/>
            <w:shd w:val="clear" w:color="auto" w:fill="FFFFFF"/>
            <w:tcMar>
              <w:top w:w="130" w:type="dxa"/>
              <w:left w:w="150" w:type="dxa"/>
              <w:bottom w:w="130" w:type="dxa"/>
              <w:right w:w="150" w:type="dxa"/>
            </w:tcMar>
            <w:vAlign w:val="center"/>
          </w:tcPr>
          <w:p w14:paraId="541A40BD" w14:textId="77777777" w:rsidR="00632820" w:rsidRPr="00D15352" w:rsidRDefault="0098018D">
            <w:pPr>
              <w:spacing w:after="80" w:line="264" w:lineRule="auto"/>
            </w:pPr>
            <w:r w:rsidRPr="00D15352">
              <w:rPr>
                <w:rFonts w:ascii="Aptos" w:hAnsi="Aptos"/>
                <w:color w:val="606C78"/>
                <w:sz w:val="20"/>
              </w:rPr>
              <w:t>[</w:t>
            </w:r>
            <w:proofErr w:type="spellStart"/>
            <w:r w:rsidRPr="00D15352">
              <w:rPr>
                <w:rFonts w:ascii="Aptos" w:hAnsi="Aptos"/>
                <w:color w:val="606C78"/>
                <w:sz w:val="20"/>
              </w:rPr>
              <w:t>dd</w:t>
            </w:r>
            <w:proofErr w:type="spellEnd"/>
            <w:r w:rsidRPr="00D15352">
              <w:rPr>
                <w:rFonts w:ascii="Aptos" w:hAnsi="Aptos"/>
                <w:color w:val="606C78"/>
                <w:sz w:val="20"/>
              </w:rPr>
              <w:t>/mm/</w:t>
            </w:r>
            <w:proofErr w:type="spellStart"/>
            <w:r w:rsidRPr="00D15352">
              <w:rPr>
                <w:rFonts w:ascii="Aptos" w:hAnsi="Aptos"/>
                <w:color w:val="606C78"/>
                <w:sz w:val="20"/>
              </w:rPr>
              <w:t>aaaa</w:t>
            </w:r>
            <w:proofErr w:type="spellEnd"/>
            <w:r w:rsidRPr="00D15352">
              <w:rPr>
                <w:rFonts w:ascii="Aptos" w:hAnsi="Aptos"/>
                <w:color w:val="606C78"/>
                <w:sz w:val="20"/>
              </w:rPr>
              <w:t>]</w:t>
            </w:r>
          </w:p>
        </w:tc>
      </w:tr>
      <w:tr w:rsidR="00632820" w:rsidRPr="00D15352" w14:paraId="6D20A64C" w14:textId="77777777" w:rsidTr="00106454">
        <w:trPr>
          <w:trHeight w:val="420"/>
          <w:jc w:val="center"/>
        </w:trPr>
        <w:tc>
          <w:tcPr>
            <w:tcW w:w="3030" w:type="dxa"/>
            <w:shd w:val="clear" w:color="auto" w:fill="DCEEF5"/>
            <w:tcMar>
              <w:top w:w="130" w:type="dxa"/>
              <w:left w:w="150" w:type="dxa"/>
              <w:bottom w:w="130" w:type="dxa"/>
              <w:right w:w="150" w:type="dxa"/>
            </w:tcMar>
            <w:vAlign w:val="center"/>
          </w:tcPr>
          <w:p w14:paraId="72F62497" w14:textId="60B9D042" w:rsidR="00632820" w:rsidRPr="00D15352" w:rsidRDefault="0098018D">
            <w:pPr>
              <w:spacing w:after="80" w:line="264" w:lineRule="auto"/>
            </w:pPr>
            <w:proofErr w:type="spellStart"/>
            <w:r w:rsidRPr="00D15352">
              <w:rPr>
                <w:rFonts w:ascii="Aptos" w:hAnsi="Aptos"/>
                <w:color w:val="0E3D73"/>
                <w:sz w:val="20"/>
              </w:rPr>
              <w:t>Version</w:t>
            </w:r>
            <w:proofErr w:type="spellEnd"/>
            <w:r w:rsidRPr="00D15352">
              <w:rPr>
                <w:rFonts w:ascii="Aptos" w:hAnsi="Aptos"/>
                <w:color w:val="0E3D73"/>
                <w:sz w:val="20"/>
              </w:rPr>
              <w:t xml:space="preserve"> / revisi</w:t>
            </w:r>
            <w:r w:rsidR="00106454" w:rsidRPr="00D15352">
              <w:rPr>
                <w:rFonts w:ascii="Aptos" w:hAnsi="Aptos"/>
                <w:color w:val="0E3D73"/>
                <w:sz w:val="20"/>
              </w:rPr>
              <w:t>ó</w:t>
            </w:r>
            <w:r w:rsidRPr="00D15352">
              <w:rPr>
                <w:rFonts w:ascii="Aptos" w:hAnsi="Aptos"/>
                <w:color w:val="0E3D73"/>
                <w:sz w:val="20"/>
              </w:rPr>
              <w:t>n</w:t>
            </w:r>
          </w:p>
        </w:tc>
        <w:tc>
          <w:tcPr>
            <w:tcW w:w="6463" w:type="dxa"/>
            <w:shd w:val="clear" w:color="auto" w:fill="FFFFFF"/>
            <w:tcMar>
              <w:top w:w="130" w:type="dxa"/>
              <w:left w:w="150" w:type="dxa"/>
              <w:bottom w:w="130" w:type="dxa"/>
              <w:right w:w="150" w:type="dxa"/>
            </w:tcMar>
            <w:vAlign w:val="center"/>
          </w:tcPr>
          <w:p w14:paraId="14874B1F" w14:textId="4F725E90" w:rsidR="00632820" w:rsidRPr="00D15352" w:rsidRDefault="0098018D">
            <w:pPr>
              <w:spacing w:after="80" w:line="264" w:lineRule="auto"/>
            </w:pPr>
            <w:r w:rsidRPr="00D15352">
              <w:rPr>
                <w:rFonts w:ascii="Aptos" w:hAnsi="Aptos"/>
                <w:color w:val="606C78"/>
                <w:sz w:val="20"/>
              </w:rPr>
              <w:t>[Ej.: v.1 / revisi</w:t>
            </w:r>
            <w:r w:rsidR="00106454" w:rsidRPr="00D15352">
              <w:rPr>
                <w:rFonts w:ascii="Aptos" w:hAnsi="Aptos"/>
                <w:color w:val="606C78"/>
                <w:sz w:val="20"/>
              </w:rPr>
              <w:t>ó</w:t>
            </w:r>
            <w:r w:rsidRPr="00D15352">
              <w:rPr>
                <w:rFonts w:ascii="Aptos" w:hAnsi="Aptos"/>
                <w:color w:val="606C78"/>
                <w:sz w:val="20"/>
              </w:rPr>
              <w:t>n ordinaria o extraordinaria]</w:t>
            </w:r>
          </w:p>
        </w:tc>
      </w:tr>
    </w:tbl>
    <w:p w14:paraId="5DAB6C7B" w14:textId="77777777" w:rsidR="00632820" w:rsidRPr="00D15352" w:rsidRDefault="00632820"/>
    <w:tbl>
      <w:tblPr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560"/>
        <w:gridCol w:w="8640"/>
      </w:tblGrid>
      <w:tr w:rsidR="00632820" w:rsidRPr="00D15352" w14:paraId="4A4A5417" w14:textId="77777777" w:rsidTr="00106454">
        <w:trPr>
          <w:jc w:val="center"/>
        </w:trPr>
        <w:tc>
          <w:tcPr>
            <w:tcW w:w="1560" w:type="dxa"/>
            <w:shd w:val="clear" w:color="auto" w:fill="0E3D73"/>
            <w:tcMar>
              <w:top w:w="90" w:type="dxa"/>
              <w:left w:w="120" w:type="dxa"/>
              <w:bottom w:w="90" w:type="dxa"/>
              <w:right w:w="120" w:type="dxa"/>
            </w:tcMar>
            <w:vAlign w:val="center"/>
          </w:tcPr>
          <w:p w14:paraId="02EB378F" w14:textId="77777777" w:rsidR="00632820" w:rsidRPr="00D15352" w:rsidRDefault="0098018D">
            <w:pPr>
              <w:jc w:val="center"/>
            </w:pPr>
            <w:r w:rsidRPr="00D15352">
              <w:drawing>
                <wp:inline distT="0" distB="0" distL="0" distR="0" wp14:anchorId="63BFF208" wp14:editId="707233EF">
                  <wp:extent cx="486000" cy="486000"/>
                  <wp:effectExtent l="0" t="0" r="9525" b="952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enerated_image_20260625074727_1.pn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000" cy="4860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0" w:type="dxa"/>
            <w:shd w:val="clear" w:color="auto" w:fill="EAF5F9"/>
            <w:tcMar>
              <w:top w:w="90" w:type="dxa"/>
              <w:left w:w="120" w:type="dxa"/>
              <w:bottom w:w="90" w:type="dxa"/>
              <w:right w:w="120" w:type="dxa"/>
            </w:tcMar>
            <w:vAlign w:val="center"/>
          </w:tcPr>
          <w:p w14:paraId="639C3051" w14:textId="77777777" w:rsidR="00632820" w:rsidRPr="00D15352" w:rsidRDefault="0098018D">
            <w:r w:rsidRPr="00D15352">
              <w:rPr>
                <w:rFonts w:ascii="Aptos Display" w:hAnsi="Aptos Display"/>
                <w:b/>
                <w:color w:val="0E3D73"/>
                <w:sz w:val="27"/>
              </w:rPr>
              <w:t>1. Datos de la entidad</w:t>
            </w:r>
          </w:p>
          <w:p w14:paraId="0BE7EE9E" w14:textId="01BDFC30" w:rsidR="00632820" w:rsidRPr="00D15352" w:rsidRDefault="00942988">
            <w:pPr>
              <w:spacing w:before="40" w:after="0"/>
            </w:pPr>
            <w:r w:rsidRPr="00D15352">
              <w:rPr>
                <w:rFonts w:ascii="Aptos" w:hAnsi="Aptos"/>
                <w:color w:val="606C78"/>
                <w:sz w:val="18"/>
              </w:rPr>
              <w:t>Identificación de la entidad y de las personas de referencia.</w:t>
            </w:r>
          </w:p>
        </w:tc>
      </w:tr>
    </w:tbl>
    <w:p w14:paraId="6A05A809" w14:textId="77777777" w:rsidR="00632820" w:rsidRPr="00D15352" w:rsidRDefault="00632820"/>
    <w:tbl>
      <w:tblPr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2888"/>
        <w:gridCol w:w="6463"/>
      </w:tblGrid>
      <w:tr w:rsidR="00632820" w:rsidRPr="00D15352" w14:paraId="35B8CEA3" w14:textId="77777777" w:rsidTr="00106454">
        <w:trPr>
          <w:trHeight w:val="420"/>
          <w:jc w:val="center"/>
        </w:trPr>
        <w:tc>
          <w:tcPr>
            <w:tcW w:w="2888" w:type="dxa"/>
            <w:shd w:val="clear" w:color="auto" w:fill="DCEEF5"/>
            <w:tcMar>
              <w:top w:w="130" w:type="dxa"/>
              <w:left w:w="150" w:type="dxa"/>
              <w:bottom w:w="130" w:type="dxa"/>
              <w:right w:w="150" w:type="dxa"/>
            </w:tcMar>
            <w:vAlign w:val="center"/>
          </w:tcPr>
          <w:p w14:paraId="3A7E7F6F" w14:textId="77777777" w:rsidR="00632820" w:rsidRPr="00D15352" w:rsidRDefault="0098018D">
            <w:pPr>
              <w:spacing w:after="80" w:line="264" w:lineRule="auto"/>
            </w:pPr>
            <w:r w:rsidRPr="00D15352">
              <w:rPr>
                <w:rFonts w:ascii="Aptos" w:hAnsi="Aptos"/>
                <w:color w:val="0E3D73"/>
                <w:sz w:val="20"/>
              </w:rPr>
              <w:t>Nombre de la entidad</w:t>
            </w:r>
          </w:p>
        </w:tc>
        <w:tc>
          <w:tcPr>
            <w:tcW w:w="6463" w:type="dxa"/>
            <w:shd w:val="clear" w:color="auto" w:fill="FFFFFF"/>
            <w:tcMar>
              <w:top w:w="130" w:type="dxa"/>
              <w:left w:w="150" w:type="dxa"/>
              <w:bottom w:w="130" w:type="dxa"/>
              <w:right w:w="150" w:type="dxa"/>
            </w:tcMar>
            <w:vAlign w:val="center"/>
          </w:tcPr>
          <w:p w14:paraId="4BE35DE4" w14:textId="77777777" w:rsidR="00632820" w:rsidRPr="00D15352" w:rsidRDefault="0098018D">
            <w:pPr>
              <w:spacing w:after="80" w:line="264" w:lineRule="auto"/>
            </w:pPr>
            <w:r w:rsidRPr="00D15352">
              <w:rPr>
                <w:rFonts w:ascii="Aptos" w:hAnsi="Aptos"/>
                <w:color w:val="606C78"/>
                <w:sz w:val="20"/>
              </w:rPr>
              <w:t>[Nombre completo de la entidad]</w:t>
            </w:r>
          </w:p>
        </w:tc>
      </w:tr>
      <w:tr w:rsidR="00632820" w:rsidRPr="00D15352" w14:paraId="0A7E6F4C" w14:textId="77777777" w:rsidTr="00106454">
        <w:trPr>
          <w:trHeight w:val="420"/>
          <w:jc w:val="center"/>
        </w:trPr>
        <w:tc>
          <w:tcPr>
            <w:tcW w:w="2888" w:type="dxa"/>
            <w:shd w:val="clear" w:color="auto" w:fill="DCEEF5"/>
            <w:tcMar>
              <w:top w:w="130" w:type="dxa"/>
              <w:left w:w="150" w:type="dxa"/>
              <w:bottom w:w="130" w:type="dxa"/>
              <w:right w:w="150" w:type="dxa"/>
            </w:tcMar>
            <w:vAlign w:val="center"/>
          </w:tcPr>
          <w:p w14:paraId="423A3FC7" w14:textId="77777777" w:rsidR="00632820" w:rsidRPr="00D15352" w:rsidRDefault="0098018D">
            <w:pPr>
              <w:spacing w:after="80" w:line="264" w:lineRule="auto"/>
            </w:pPr>
            <w:r w:rsidRPr="00D15352">
              <w:rPr>
                <w:rFonts w:ascii="Aptos" w:hAnsi="Aptos"/>
                <w:color w:val="0E3D73"/>
                <w:sz w:val="20"/>
              </w:rPr>
              <w:t>NIF</w:t>
            </w:r>
          </w:p>
        </w:tc>
        <w:tc>
          <w:tcPr>
            <w:tcW w:w="6463" w:type="dxa"/>
            <w:shd w:val="clear" w:color="auto" w:fill="FFFFFF"/>
            <w:tcMar>
              <w:top w:w="130" w:type="dxa"/>
              <w:left w:w="150" w:type="dxa"/>
              <w:bottom w:w="130" w:type="dxa"/>
              <w:right w:w="150" w:type="dxa"/>
            </w:tcMar>
            <w:vAlign w:val="center"/>
          </w:tcPr>
          <w:p w14:paraId="3E8B1E5E" w14:textId="77777777" w:rsidR="00632820" w:rsidRPr="00D15352" w:rsidRDefault="0098018D">
            <w:pPr>
              <w:spacing w:after="80" w:line="264" w:lineRule="auto"/>
            </w:pPr>
            <w:r w:rsidRPr="00D15352">
              <w:rPr>
                <w:rFonts w:ascii="Aptos" w:hAnsi="Aptos"/>
                <w:color w:val="606C78"/>
                <w:sz w:val="20"/>
              </w:rPr>
              <w:t>[CIF/NIF de la entidad]</w:t>
            </w:r>
          </w:p>
        </w:tc>
      </w:tr>
      <w:tr w:rsidR="00632820" w:rsidRPr="00D15352" w14:paraId="53A1A2EE" w14:textId="77777777" w:rsidTr="00106454">
        <w:trPr>
          <w:trHeight w:val="420"/>
          <w:jc w:val="center"/>
        </w:trPr>
        <w:tc>
          <w:tcPr>
            <w:tcW w:w="2888" w:type="dxa"/>
            <w:shd w:val="clear" w:color="auto" w:fill="DCEEF5"/>
            <w:tcMar>
              <w:top w:w="130" w:type="dxa"/>
              <w:left w:w="150" w:type="dxa"/>
              <w:bottom w:w="130" w:type="dxa"/>
              <w:right w:w="150" w:type="dxa"/>
            </w:tcMar>
            <w:vAlign w:val="center"/>
          </w:tcPr>
          <w:p w14:paraId="2A71A802" w14:textId="14497AEC" w:rsidR="00632820" w:rsidRPr="00D15352" w:rsidRDefault="0098018D">
            <w:pPr>
              <w:spacing w:after="80" w:line="264" w:lineRule="auto"/>
            </w:pPr>
            <w:r w:rsidRPr="00D15352">
              <w:rPr>
                <w:rFonts w:ascii="Aptos" w:hAnsi="Aptos"/>
                <w:color w:val="0E3D73"/>
                <w:sz w:val="20"/>
              </w:rPr>
              <w:t>A</w:t>
            </w:r>
            <w:r w:rsidR="00106454" w:rsidRPr="00D15352">
              <w:rPr>
                <w:rFonts w:ascii="Aptos" w:hAnsi="Aptos"/>
                <w:color w:val="0E3D73"/>
                <w:sz w:val="20"/>
              </w:rPr>
              <w:t>ñ</w:t>
            </w:r>
            <w:r w:rsidRPr="00D15352">
              <w:rPr>
                <w:rFonts w:ascii="Aptos" w:hAnsi="Aptos"/>
                <w:color w:val="0E3D73"/>
                <w:sz w:val="20"/>
              </w:rPr>
              <w:t>o de constituci</w:t>
            </w:r>
            <w:r w:rsidR="00106454" w:rsidRPr="00D15352">
              <w:rPr>
                <w:rFonts w:ascii="Aptos" w:hAnsi="Aptos"/>
                <w:color w:val="0E3D73"/>
                <w:sz w:val="20"/>
              </w:rPr>
              <w:t>ó</w:t>
            </w:r>
            <w:r w:rsidRPr="00D15352">
              <w:rPr>
                <w:rFonts w:ascii="Aptos" w:hAnsi="Aptos"/>
                <w:color w:val="0E3D73"/>
                <w:sz w:val="20"/>
              </w:rPr>
              <w:t>n</w:t>
            </w:r>
          </w:p>
        </w:tc>
        <w:tc>
          <w:tcPr>
            <w:tcW w:w="6463" w:type="dxa"/>
            <w:shd w:val="clear" w:color="auto" w:fill="FFFFFF"/>
            <w:tcMar>
              <w:top w:w="130" w:type="dxa"/>
              <w:left w:w="150" w:type="dxa"/>
              <w:bottom w:w="130" w:type="dxa"/>
              <w:right w:w="150" w:type="dxa"/>
            </w:tcMar>
            <w:vAlign w:val="center"/>
          </w:tcPr>
          <w:p w14:paraId="6EA4E642" w14:textId="77777777" w:rsidR="00632820" w:rsidRPr="00D15352" w:rsidRDefault="0098018D">
            <w:pPr>
              <w:spacing w:after="80" w:line="264" w:lineRule="auto"/>
            </w:pPr>
            <w:r w:rsidRPr="00D15352">
              <w:rPr>
                <w:rFonts w:ascii="Aptos" w:hAnsi="Aptos"/>
                <w:color w:val="606C78"/>
                <w:sz w:val="20"/>
              </w:rPr>
              <w:t>[AAAA]</w:t>
            </w:r>
          </w:p>
        </w:tc>
      </w:tr>
      <w:tr w:rsidR="00632820" w:rsidRPr="00D15352" w14:paraId="6B4FF031" w14:textId="77777777" w:rsidTr="00106454">
        <w:trPr>
          <w:trHeight w:val="420"/>
          <w:jc w:val="center"/>
        </w:trPr>
        <w:tc>
          <w:tcPr>
            <w:tcW w:w="2888" w:type="dxa"/>
            <w:shd w:val="clear" w:color="auto" w:fill="DCEEF5"/>
            <w:tcMar>
              <w:top w:w="130" w:type="dxa"/>
              <w:left w:w="150" w:type="dxa"/>
              <w:bottom w:w="130" w:type="dxa"/>
              <w:right w:w="150" w:type="dxa"/>
            </w:tcMar>
            <w:vAlign w:val="center"/>
          </w:tcPr>
          <w:p w14:paraId="56604EB2" w14:textId="174655FB" w:rsidR="00632820" w:rsidRPr="00D15352" w:rsidRDefault="0098018D">
            <w:pPr>
              <w:spacing w:after="80" w:line="264" w:lineRule="auto"/>
            </w:pPr>
            <w:proofErr w:type="spellStart"/>
            <w:r w:rsidRPr="00D15352">
              <w:rPr>
                <w:rFonts w:ascii="Aptos" w:hAnsi="Aptos"/>
                <w:color w:val="0E3D73"/>
                <w:sz w:val="20"/>
              </w:rPr>
              <w:t>N</w:t>
            </w:r>
            <w:r w:rsidR="00106454" w:rsidRPr="00D15352">
              <w:rPr>
                <w:rFonts w:ascii="Aptos" w:hAnsi="Aptos"/>
                <w:color w:val="0E3D73"/>
                <w:sz w:val="20"/>
              </w:rPr>
              <w:t>º</w:t>
            </w:r>
            <w:proofErr w:type="spellEnd"/>
            <w:r w:rsidRPr="00D15352">
              <w:rPr>
                <w:rFonts w:ascii="Aptos" w:hAnsi="Aptos"/>
                <w:color w:val="0E3D73"/>
                <w:sz w:val="20"/>
              </w:rPr>
              <w:t xml:space="preserve"> de </w:t>
            </w:r>
            <w:r w:rsidR="00106454" w:rsidRPr="00D15352">
              <w:rPr>
                <w:rFonts w:ascii="Aptos" w:hAnsi="Aptos"/>
                <w:color w:val="0E3D73"/>
                <w:sz w:val="20"/>
              </w:rPr>
              <w:t>inscripción</w:t>
            </w:r>
            <w:r w:rsidRPr="00D15352">
              <w:rPr>
                <w:rFonts w:ascii="Aptos" w:hAnsi="Aptos"/>
                <w:color w:val="0E3D73"/>
                <w:sz w:val="20"/>
              </w:rPr>
              <w:t xml:space="preserve"> registral</w:t>
            </w:r>
          </w:p>
        </w:tc>
        <w:tc>
          <w:tcPr>
            <w:tcW w:w="6463" w:type="dxa"/>
            <w:shd w:val="clear" w:color="auto" w:fill="FFFFFF"/>
            <w:tcMar>
              <w:top w:w="130" w:type="dxa"/>
              <w:left w:w="150" w:type="dxa"/>
              <w:bottom w:w="130" w:type="dxa"/>
              <w:right w:w="150" w:type="dxa"/>
            </w:tcMar>
            <w:vAlign w:val="center"/>
          </w:tcPr>
          <w:p w14:paraId="06EF331A" w14:textId="77777777" w:rsidR="00632820" w:rsidRPr="00D15352" w:rsidRDefault="0098018D">
            <w:pPr>
              <w:spacing w:after="80" w:line="264" w:lineRule="auto"/>
            </w:pPr>
            <w:r w:rsidRPr="00D15352">
              <w:rPr>
                <w:rFonts w:ascii="Aptos" w:hAnsi="Aptos"/>
                <w:color w:val="606C78"/>
                <w:sz w:val="20"/>
              </w:rPr>
              <w:t>[Registro correspondiente, si procede]</w:t>
            </w:r>
          </w:p>
        </w:tc>
      </w:tr>
      <w:tr w:rsidR="00632820" w:rsidRPr="00D15352" w14:paraId="06732BFE" w14:textId="77777777" w:rsidTr="00106454">
        <w:trPr>
          <w:trHeight w:val="520"/>
          <w:jc w:val="center"/>
        </w:trPr>
        <w:tc>
          <w:tcPr>
            <w:tcW w:w="2888" w:type="dxa"/>
            <w:shd w:val="clear" w:color="auto" w:fill="DCEEF5"/>
            <w:tcMar>
              <w:top w:w="130" w:type="dxa"/>
              <w:left w:w="150" w:type="dxa"/>
              <w:bottom w:w="130" w:type="dxa"/>
              <w:right w:w="150" w:type="dxa"/>
            </w:tcMar>
            <w:vAlign w:val="center"/>
          </w:tcPr>
          <w:p w14:paraId="6D0435CF" w14:textId="77777777" w:rsidR="00632820" w:rsidRPr="00D15352" w:rsidRDefault="0098018D">
            <w:pPr>
              <w:spacing w:after="80" w:line="264" w:lineRule="auto"/>
            </w:pPr>
            <w:r w:rsidRPr="00D15352">
              <w:rPr>
                <w:rFonts w:ascii="Aptos" w:hAnsi="Aptos"/>
                <w:color w:val="0E3D73"/>
                <w:sz w:val="20"/>
              </w:rPr>
              <w:t>Domicilio social</w:t>
            </w:r>
          </w:p>
        </w:tc>
        <w:tc>
          <w:tcPr>
            <w:tcW w:w="6463" w:type="dxa"/>
            <w:shd w:val="clear" w:color="auto" w:fill="FFFFFF"/>
            <w:tcMar>
              <w:top w:w="130" w:type="dxa"/>
              <w:left w:w="150" w:type="dxa"/>
              <w:bottom w:w="130" w:type="dxa"/>
              <w:right w:w="150" w:type="dxa"/>
            </w:tcMar>
            <w:vAlign w:val="center"/>
          </w:tcPr>
          <w:p w14:paraId="7C5EAB0C" w14:textId="64BF250D" w:rsidR="00632820" w:rsidRPr="00D15352" w:rsidRDefault="0098018D">
            <w:pPr>
              <w:spacing w:after="80" w:line="264" w:lineRule="auto"/>
            </w:pPr>
            <w:r w:rsidRPr="00D15352">
              <w:rPr>
                <w:rFonts w:ascii="Aptos" w:hAnsi="Aptos"/>
                <w:color w:val="606C78"/>
                <w:sz w:val="20"/>
              </w:rPr>
              <w:t>[Direcci</w:t>
            </w:r>
            <w:r w:rsidR="00106454" w:rsidRPr="00D15352">
              <w:rPr>
                <w:rFonts w:ascii="Aptos" w:hAnsi="Aptos"/>
                <w:color w:val="606C78"/>
                <w:sz w:val="20"/>
              </w:rPr>
              <w:t>ó</w:t>
            </w:r>
            <w:r w:rsidRPr="00D15352">
              <w:rPr>
                <w:rFonts w:ascii="Aptos" w:hAnsi="Aptos"/>
                <w:color w:val="606C78"/>
                <w:sz w:val="20"/>
              </w:rPr>
              <w:t>n completa]</w:t>
            </w:r>
          </w:p>
        </w:tc>
      </w:tr>
      <w:tr w:rsidR="00632820" w:rsidRPr="00D15352" w14:paraId="5B42078F" w14:textId="77777777" w:rsidTr="00106454">
        <w:trPr>
          <w:trHeight w:val="420"/>
          <w:jc w:val="center"/>
        </w:trPr>
        <w:tc>
          <w:tcPr>
            <w:tcW w:w="2888" w:type="dxa"/>
            <w:shd w:val="clear" w:color="auto" w:fill="DCEEF5"/>
            <w:tcMar>
              <w:top w:w="130" w:type="dxa"/>
              <w:left w:w="150" w:type="dxa"/>
              <w:bottom w:w="130" w:type="dxa"/>
              <w:right w:w="150" w:type="dxa"/>
            </w:tcMar>
            <w:vAlign w:val="center"/>
          </w:tcPr>
          <w:p w14:paraId="23A06E01" w14:textId="77777777" w:rsidR="00632820" w:rsidRPr="00D15352" w:rsidRDefault="0098018D">
            <w:pPr>
              <w:spacing w:after="80" w:line="264" w:lineRule="auto"/>
            </w:pPr>
            <w:r w:rsidRPr="00D15352">
              <w:rPr>
                <w:rFonts w:ascii="Aptos" w:hAnsi="Aptos"/>
                <w:color w:val="0E3D73"/>
                <w:sz w:val="20"/>
              </w:rPr>
              <w:t>Localidad</w:t>
            </w:r>
          </w:p>
        </w:tc>
        <w:tc>
          <w:tcPr>
            <w:tcW w:w="6463" w:type="dxa"/>
            <w:shd w:val="clear" w:color="auto" w:fill="FFFFFF"/>
            <w:tcMar>
              <w:top w:w="130" w:type="dxa"/>
              <w:left w:w="150" w:type="dxa"/>
              <w:bottom w:w="130" w:type="dxa"/>
              <w:right w:w="150" w:type="dxa"/>
            </w:tcMar>
            <w:vAlign w:val="center"/>
          </w:tcPr>
          <w:p w14:paraId="00412D7F" w14:textId="77777777" w:rsidR="00632820" w:rsidRPr="00D15352" w:rsidRDefault="0098018D">
            <w:pPr>
              <w:spacing w:after="80" w:line="264" w:lineRule="auto"/>
            </w:pPr>
            <w:r w:rsidRPr="00D15352">
              <w:rPr>
                <w:rFonts w:ascii="Aptos" w:hAnsi="Aptos"/>
                <w:color w:val="606C78"/>
                <w:sz w:val="20"/>
              </w:rPr>
              <w:t>[Municipio]</w:t>
            </w:r>
          </w:p>
        </w:tc>
      </w:tr>
      <w:tr w:rsidR="00632820" w:rsidRPr="00D15352" w14:paraId="5C52B92B" w14:textId="77777777" w:rsidTr="00106454">
        <w:trPr>
          <w:trHeight w:val="420"/>
          <w:jc w:val="center"/>
        </w:trPr>
        <w:tc>
          <w:tcPr>
            <w:tcW w:w="2888" w:type="dxa"/>
            <w:shd w:val="clear" w:color="auto" w:fill="DCEEF5"/>
            <w:tcMar>
              <w:top w:w="130" w:type="dxa"/>
              <w:left w:w="150" w:type="dxa"/>
              <w:bottom w:w="130" w:type="dxa"/>
              <w:right w:w="150" w:type="dxa"/>
            </w:tcMar>
            <w:vAlign w:val="center"/>
          </w:tcPr>
          <w:p w14:paraId="4A75A305" w14:textId="77777777" w:rsidR="00632820" w:rsidRPr="00D15352" w:rsidRDefault="0098018D">
            <w:pPr>
              <w:spacing w:after="80" w:line="264" w:lineRule="auto"/>
            </w:pPr>
            <w:proofErr w:type="spellStart"/>
            <w:r w:rsidRPr="00D15352">
              <w:rPr>
                <w:rFonts w:ascii="Aptos" w:hAnsi="Aptos"/>
                <w:color w:val="0E3D73"/>
                <w:sz w:val="20"/>
              </w:rPr>
              <w:lastRenderedPageBreak/>
              <w:t>Codigo</w:t>
            </w:r>
            <w:proofErr w:type="spellEnd"/>
            <w:r w:rsidRPr="00D15352">
              <w:rPr>
                <w:rFonts w:ascii="Aptos" w:hAnsi="Aptos"/>
                <w:color w:val="0E3D73"/>
                <w:sz w:val="20"/>
              </w:rPr>
              <w:t xml:space="preserve"> postal</w:t>
            </w:r>
          </w:p>
        </w:tc>
        <w:tc>
          <w:tcPr>
            <w:tcW w:w="6463" w:type="dxa"/>
            <w:shd w:val="clear" w:color="auto" w:fill="FFFFFF"/>
            <w:tcMar>
              <w:top w:w="130" w:type="dxa"/>
              <w:left w:w="150" w:type="dxa"/>
              <w:bottom w:w="130" w:type="dxa"/>
              <w:right w:w="150" w:type="dxa"/>
            </w:tcMar>
            <w:vAlign w:val="center"/>
          </w:tcPr>
          <w:p w14:paraId="0B7DB289" w14:textId="77777777" w:rsidR="00632820" w:rsidRPr="00D15352" w:rsidRDefault="0098018D">
            <w:pPr>
              <w:spacing w:after="80" w:line="264" w:lineRule="auto"/>
            </w:pPr>
            <w:r w:rsidRPr="00D15352">
              <w:rPr>
                <w:rFonts w:ascii="Aptos" w:hAnsi="Aptos"/>
                <w:color w:val="606C78"/>
                <w:sz w:val="20"/>
              </w:rPr>
              <w:t>[C.P.]</w:t>
            </w:r>
          </w:p>
        </w:tc>
      </w:tr>
      <w:tr w:rsidR="00632820" w:rsidRPr="00D15352" w14:paraId="3D45F345" w14:textId="77777777" w:rsidTr="00106454">
        <w:trPr>
          <w:trHeight w:val="420"/>
          <w:jc w:val="center"/>
        </w:trPr>
        <w:tc>
          <w:tcPr>
            <w:tcW w:w="2888" w:type="dxa"/>
            <w:shd w:val="clear" w:color="auto" w:fill="DCEEF5"/>
            <w:tcMar>
              <w:top w:w="130" w:type="dxa"/>
              <w:left w:w="150" w:type="dxa"/>
              <w:bottom w:w="130" w:type="dxa"/>
              <w:right w:w="150" w:type="dxa"/>
            </w:tcMar>
            <w:vAlign w:val="center"/>
          </w:tcPr>
          <w:p w14:paraId="162A46A3" w14:textId="75F64302" w:rsidR="00632820" w:rsidRPr="00D15352" w:rsidRDefault="0098018D">
            <w:pPr>
              <w:spacing w:after="80" w:line="264" w:lineRule="auto"/>
            </w:pPr>
            <w:r w:rsidRPr="00D15352">
              <w:rPr>
                <w:rFonts w:ascii="Aptos" w:hAnsi="Aptos"/>
                <w:color w:val="0E3D73"/>
                <w:sz w:val="20"/>
              </w:rPr>
              <w:t>Tel</w:t>
            </w:r>
            <w:r w:rsidR="00106454" w:rsidRPr="00D15352">
              <w:rPr>
                <w:rFonts w:ascii="Aptos" w:hAnsi="Aptos"/>
                <w:color w:val="0E3D73"/>
                <w:sz w:val="20"/>
              </w:rPr>
              <w:t>é</w:t>
            </w:r>
            <w:r w:rsidRPr="00D15352">
              <w:rPr>
                <w:rFonts w:ascii="Aptos" w:hAnsi="Aptos"/>
                <w:color w:val="0E3D73"/>
                <w:sz w:val="20"/>
              </w:rPr>
              <w:t>fono</w:t>
            </w:r>
          </w:p>
        </w:tc>
        <w:tc>
          <w:tcPr>
            <w:tcW w:w="6463" w:type="dxa"/>
            <w:shd w:val="clear" w:color="auto" w:fill="FFFFFF"/>
            <w:tcMar>
              <w:top w:w="130" w:type="dxa"/>
              <w:left w:w="150" w:type="dxa"/>
              <w:bottom w:w="130" w:type="dxa"/>
              <w:right w:w="150" w:type="dxa"/>
            </w:tcMar>
            <w:vAlign w:val="center"/>
          </w:tcPr>
          <w:p w14:paraId="4810F87C" w14:textId="50B78EE2" w:rsidR="00632820" w:rsidRPr="00D15352" w:rsidRDefault="0098018D">
            <w:pPr>
              <w:spacing w:after="80" w:line="264" w:lineRule="auto"/>
            </w:pPr>
            <w:r w:rsidRPr="00D15352">
              <w:rPr>
                <w:rFonts w:ascii="Aptos" w:hAnsi="Aptos"/>
                <w:color w:val="606C78"/>
                <w:sz w:val="20"/>
              </w:rPr>
              <w:t>[Tel</w:t>
            </w:r>
            <w:r w:rsidR="00106454" w:rsidRPr="00D15352">
              <w:rPr>
                <w:rFonts w:ascii="Aptos" w:hAnsi="Aptos"/>
                <w:color w:val="606C78"/>
                <w:sz w:val="20"/>
              </w:rPr>
              <w:t>é</w:t>
            </w:r>
            <w:r w:rsidRPr="00D15352">
              <w:rPr>
                <w:rFonts w:ascii="Aptos" w:hAnsi="Aptos"/>
                <w:color w:val="606C78"/>
                <w:sz w:val="20"/>
              </w:rPr>
              <w:t>fono de contacto]</w:t>
            </w:r>
          </w:p>
        </w:tc>
      </w:tr>
      <w:tr w:rsidR="00632820" w:rsidRPr="00D15352" w14:paraId="4D1BFE32" w14:textId="77777777" w:rsidTr="00106454">
        <w:trPr>
          <w:trHeight w:val="420"/>
          <w:jc w:val="center"/>
        </w:trPr>
        <w:tc>
          <w:tcPr>
            <w:tcW w:w="2888" w:type="dxa"/>
            <w:shd w:val="clear" w:color="auto" w:fill="DCEEF5"/>
            <w:tcMar>
              <w:top w:w="130" w:type="dxa"/>
              <w:left w:w="150" w:type="dxa"/>
              <w:bottom w:w="130" w:type="dxa"/>
              <w:right w:w="150" w:type="dxa"/>
            </w:tcMar>
            <w:vAlign w:val="center"/>
          </w:tcPr>
          <w:p w14:paraId="6D4E1079" w14:textId="77777777" w:rsidR="00632820" w:rsidRPr="00D15352" w:rsidRDefault="0098018D">
            <w:pPr>
              <w:spacing w:after="80" w:line="264" w:lineRule="auto"/>
            </w:pPr>
            <w:r w:rsidRPr="00D15352">
              <w:rPr>
                <w:rFonts w:ascii="Aptos" w:hAnsi="Aptos"/>
                <w:color w:val="0E3D73"/>
                <w:sz w:val="20"/>
              </w:rPr>
              <w:t xml:space="preserve">Correo </w:t>
            </w:r>
            <w:proofErr w:type="spellStart"/>
            <w:r w:rsidRPr="00D15352">
              <w:rPr>
                <w:rFonts w:ascii="Aptos" w:hAnsi="Aptos"/>
                <w:color w:val="0E3D73"/>
                <w:sz w:val="20"/>
              </w:rPr>
              <w:t>electronico</w:t>
            </w:r>
            <w:proofErr w:type="spellEnd"/>
          </w:p>
        </w:tc>
        <w:tc>
          <w:tcPr>
            <w:tcW w:w="6463" w:type="dxa"/>
            <w:shd w:val="clear" w:color="auto" w:fill="FFFFFF"/>
            <w:tcMar>
              <w:top w:w="130" w:type="dxa"/>
              <w:left w:w="150" w:type="dxa"/>
              <w:bottom w:w="130" w:type="dxa"/>
              <w:right w:w="150" w:type="dxa"/>
            </w:tcMar>
            <w:vAlign w:val="center"/>
          </w:tcPr>
          <w:p w14:paraId="3CC5FDB4" w14:textId="77777777" w:rsidR="00632820" w:rsidRPr="00D15352" w:rsidRDefault="0098018D">
            <w:pPr>
              <w:spacing w:after="80" w:line="264" w:lineRule="auto"/>
            </w:pPr>
            <w:r w:rsidRPr="00D15352">
              <w:rPr>
                <w:rFonts w:ascii="Aptos" w:hAnsi="Aptos"/>
                <w:color w:val="606C78"/>
                <w:sz w:val="20"/>
              </w:rPr>
              <w:t>[Correo general de la entidad]</w:t>
            </w:r>
          </w:p>
        </w:tc>
      </w:tr>
      <w:tr w:rsidR="00632820" w:rsidRPr="00D15352" w14:paraId="370B97AB" w14:textId="77777777" w:rsidTr="00106454">
        <w:trPr>
          <w:trHeight w:val="420"/>
          <w:jc w:val="center"/>
        </w:trPr>
        <w:tc>
          <w:tcPr>
            <w:tcW w:w="2888" w:type="dxa"/>
            <w:shd w:val="clear" w:color="auto" w:fill="DCEEF5"/>
            <w:tcMar>
              <w:top w:w="130" w:type="dxa"/>
              <w:left w:w="150" w:type="dxa"/>
              <w:bottom w:w="130" w:type="dxa"/>
              <w:right w:w="150" w:type="dxa"/>
            </w:tcMar>
            <w:vAlign w:val="center"/>
          </w:tcPr>
          <w:p w14:paraId="79D2DB9F" w14:textId="5973C04B" w:rsidR="00632820" w:rsidRPr="00D15352" w:rsidRDefault="0098018D">
            <w:pPr>
              <w:spacing w:after="80" w:line="264" w:lineRule="auto"/>
            </w:pPr>
            <w:r w:rsidRPr="00D15352">
              <w:rPr>
                <w:rFonts w:ascii="Aptos" w:hAnsi="Aptos"/>
                <w:color w:val="0E3D73"/>
                <w:sz w:val="20"/>
              </w:rPr>
              <w:t>P</w:t>
            </w:r>
            <w:r w:rsidR="00106454" w:rsidRPr="00D15352">
              <w:rPr>
                <w:rFonts w:ascii="Aptos" w:hAnsi="Aptos"/>
                <w:color w:val="0E3D73"/>
                <w:sz w:val="20"/>
              </w:rPr>
              <w:t>á</w:t>
            </w:r>
            <w:r w:rsidRPr="00D15352">
              <w:rPr>
                <w:rFonts w:ascii="Aptos" w:hAnsi="Aptos"/>
                <w:color w:val="0E3D73"/>
                <w:sz w:val="20"/>
              </w:rPr>
              <w:t xml:space="preserve">gina web / sede </w:t>
            </w:r>
            <w:proofErr w:type="spellStart"/>
            <w:r w:rsidRPr="00D15352">
              <w:rPr>
                <w:rFonts w:ascii="Aptos" w:hAnsi="Aptos"/>
                <w:color w:val="0E3D73"/>
                <w:sz w:val="20"/>
              </w:rPr>
              <w:t>electronica</w:t>
            </w:r>
            <w:proofErr w:type="spellEnd"/>
          </w:p>
        </w:tc>
        <w:tc>
          <w:tcPr>
            <w:tcW w:w="6463" w:type="dxa"/>
            <w:shd w:val="clear" w:color="auto" w:fill="FFFFFF"/>
            <w:tcMar>
              <w:top w:w="130" w:type="dxa"/>
              <w:left w:w="150" w:type="dxa"/>
              <w:bottom w:w="130" w:type="dxa"/>
              <w:right w:w="150" w:type="dxa"/>
            </w:tcMar>
            <w:vAlign w:val="center"/>
          </w:tcPr>
          <w:p w14:paraId="2E8D8720" w14:textId="77777777" w:rsidR="00632820" w:rsidRPr="00D15352" w:rsidRDefault="0098018D">
            <w:pPr>
              <w:spacing w:after="80" w:line="264" w:lineRule="auto"/>
            </w:pPr>
            <w:r w:rsidRPr="00D15352">
              <w:rPr>
                <w:rFonts w:ascii="Aptos" w:hAnsi="Aptos"/>
                <w:color w:val="606C78"/>
                <w:sz w:val="20"/>
              </w:rPr>
              <w:t>[URL]</w:t>
            </w:r>
          </w:p>
        </w:tc>
      </w:tr>
      <w:tr w:rsidR="00632820" w:rsidRPr="00D15352" w14:paraId="413BFBAD" w14:textId="77777777" w:rsidTr="00106454">
        <w:trPr>
          <w:trHeight w:val="520"/>
          <w:jc w:val="center"/>
        </w:trPr>
        <w:tc>
          <w:tcPr>
            <w:tcW w:w="2888" w:type="dxa"/>
            <w:shd w:val="clear" w:color="auto" w:fill="DCEEF5"/>
            <w:tcMar>
              <w:top w:w="130" w:type="dxa"/>
              <w:left w:w="150" w:type="dxa"/>
              <w:bottom w:w="130" w:type="dxa"/>
              <w:right w:w="150" w:type="dxa"/>
            </w:tcMar>
            <w:vAlign w:val="center"/>
          </w:tcPr>
          <w:p w14:paraId="1BB63672" w14:textId="77777777" w:rsidR="00632820" w:rsidRPr="00D15352" w:rsidRDefault="0098018D">
            <w:pPr>
              <w:spacing w:after="80" w:line="264" w:lineRule="auto"/>
            </w:pPr>
            <w:r w:rsidRPr="00D15352">
              <w:rPr>
                <w:rFonts w:ascii="Aptos" w:hAnsi="Aptos"/>
                <w:color w:val="0E3D73"/>
                <w:sz w:val="20"/>
              </w:rPr>
              <w:t>Representante legal</w:t>
            </w:r>
          </w:p>
        </w:tc>
        <w:tc>
          <w:tcPr>
            <w:tcW w:w="6463" w:type="dxa"/>
            <w:shd w:val="clear" w:color="auto" w:fill="FFFFFF"/>
            <w:tcMar>
              <w:top w:w="130" w:type="dxa"/>
              <w:left w:w="150" w:type="dxa"/>
              <w:bottom w:w="130" w:type="dxa"/>
              <w:right w:w="150" w:type="dxa"/>
            </w:tcMar>
            <w:vAlign w:val="center"/>
          </w:tcPr>
          <w:p w14:paraId="73A683B9" w14:textId="77777777" w:rsidR="00632820" w:rsidRPr="00D15352" w:rsidRDefault="0098018D">
            <w:pPr>
              <w:spacing w:after="80" w:line="264" w:lineRule="auto"/>
            </w:pPr>
            <w:r w:rsidRPr="00D15352">
              <w:rPr>
                <w:rFonts w:ascii="Aptos" w:hAnsi="Aptos"/>
                <w:color w:val="606C78"/>
                <w:sz w:val="20"/>
              </w:rPr>
              <w:t>[Nombre y apellidos / cargo]</w:t>
            </w:r>
          </w:p>
        </w:tc>
      </w:tr>
    </w:tbl>
    <w:p w14:paraId="5A39BBE3" w14:textId="77777777" w:rsidR="00632820" w:rsidRPr="00D15352" w:rsidRDefault="00632820"/>
    <w:tbl>
      <w:tblPr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560"/>
        <w:gridCol w:w="8640"/>
      </w:tblGrid>
      <w:tr w:rsidR="00632820" w:rsidRPr="00D15352" w14:paraId="3DF9070C" w14:textId="77777777" w:rsidTr="00106454">
        <w:trPr>
          <w:jc w:val="center"/>
        </w:trPr>
        <w:tc>
          <w:tcPr>
            <w:tcW w:w="1560" w:type="dxa"/>
            <w:shd w:val="clear" w:color="auto" w:fill="0E3D73"/>
            <w:tcMar>
              <w:top w:w="90" w:type="dxa"/>
              <w:left w:w="120" w:type="dxa"/>
              <w:bottom w:w="90" w:type="dxa"/>
              <w:right w:w="120" w:type="dxa"/>
            </w:tcMar>
            <w:vAlign w:val="center"/>
          </w:tcPr>
          <w:p w14:paraId="41C8F396" w14:textId="77777777" w:rsidR="00632820" w:rsidRPr="00D15352" w:rsidRDefault="0098018D">
            <w:pPr>
              <w:jc w:val="center"/>
            </w:pPr>
            <w:r w:rsidRPr="00D15352">
              <w:drawing>
                <wp:inline distT="0" distB="0" distL="0" distR="0" wp14:anchorId="1E7F53B7" wp14:editId="171F24C9">
                  <wp:extent cx="486000" cy="486000"/>
                  <wp:effectExtent l="0" t="0" r="9525" b="952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enerated_image_20260625074727_2.pn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000" cy="4860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0" w:type="dxa"/>
            <w:shd w:val="clear" w:color="auto" w:fill="EAF5F9"/>
            <w:tcMar>
              <w:top w:w="90" w:type="dxa"/>
              <w:left w:w="120" w:type="dxa"/>
              <w:bottom w:w="90" w:type="dxa"/>
              <w:right w:w="120" w:type="dxa"/>
            </w:tcMar>
            <w:vAlign w:val="center"/>
          </w:tcPr>
          <w:p w14:paraId="00586346" w14:textId="77777777" w:rsidR="00632820" w:rsidRPr="00D15352" w:rsidRDefault="0098018D">
            <w:r w:rsidRPr="00D15352">
              <w:rPr>
                <w:rFonts w:ascii="Aptos Display" w:hAnsi="Aptos Display"/>
                <w:b/>
                <w:color w:val="0E3D73"/>
                <w:sz w:val="27"/>
              </w:rPr>
              <w:t>2. Datos del plan de voluntariado</w:t>
            </w:r>
          </w:p>
          <w:p w14:paraId="233525BF" w14:textId="4130BDBF" w:rsidR="00632820" w:rsidRPr="00D15352" w:rsidRDefault="0098018D">
            <w:pPr>
              <w:spacing w:before="40" w:after="0"/>
            </w:pPr>
            <w:r w:rsidRPr="00D15352">
              <w:rPr>
                <w:rFonts w:ascii="Aptos" w:hAnsi="Aptos"/>
                <w:color w:val="606C78"/>
                <w:sz w:val="18"/>
              </w:rPr>
              <w:t xml:space="preserve">Alcance, vigencia, finalidad y </w:t>
            </w:r>
            <w:r w:rsidR="00106454" w:rsidRPr="00D15352">
              <w:rPr>
                <w:rFonts w:ascii="Aptos" w:hAnsi="Aptos"/>
                <w:color w:val="606C78"/>
                <w:sz w:val="18"/>
              </w:rPr>
              <w:t>coordinación</w:t>
            </w:r>
            <w:r w:rsidRPr="00D15352">
              <w:rPr>
                <w:rFonts w:ascii="Aptos" w:hAnsi="Aptos"/>
                <w:color w:val="606C78"/>
                <w:sz w:val="18"/>
              </w:rPr>
              <w:t xml:space="preserve"> del plan.</w:t>
            </w:r>
          </w:p>
        </w:tc>
      </w:tr>
    </w:tbl>
    <w:p w14:paraId="72A3D3EC" w14:textId="77777777" w:rsidR="00632820" w:rsidRPr="00D15352" w:rsidRDefault="00632820"/>
    <w:tbl>
      <w:tblPr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3172"/>
        <w:gridCol w:w="6463"/>
      </w:tblGrid>
      <w:tr w:rsidR="00632820" w:rsidRPr="00D15352" w14:paraId="3E6B1A1F" w14:textId="77777777" w:rsidTr="00106454">
        <w:trPr>
          <w:trHeight w:val="520"/>
          <w:jc w:val="center"/>
        </w:trPr>
        <w:tc>
          <w:tcPr>
            <w:tcW w:w="3172" w:type="dxa"/>
            <w:shd w:val="clear" w:color="auto" w:fill="DCEEF5"/>
            <w:tcMar>
              <w:top w:w="130" w:type="dxa"/>
              <w:left w:w="150" w:type="dxa"/>
              <w:bottom w:w="130" w:type="dxa"/>
              <w:right w:w="150" w:type="dxa"/>
            </w:tcMar>
            <w:vAlign w:val="center"/>
          </w:tcPr>
          <w:p w14:paraId="3DD6EBA2" w14:textId="509069BB" w:rsidR="00632820" w:rsidRPr="00D15352" w:rsidRDefault="00106454">
            <w:pPr>
              <w:spacing w:after="80" w:line="264" w:lineRule="auto"/>
            </w:pPr>
            <w:r w:rsidRPr="00D15352">
              <w:rPr>
                <w:rFonts w:ascii="Aptos" w:hAnsi="Aptos"/>
                <w:color w:val="0E3D73"/>
                <w:sz w:val="20"/>
              </w:rPr>
              <w:t>Denominación del plan</w:t>
            </w:r>
          </w:p>
        </w:tc>
        <w:tc>
          <w:tcPr>
            <w:tcW w:w="6463" w:type="dxa"/>
            <w:shd w:val="clear" w:color="auto" w:fill="FFFFFF"/>
            <w:tcMar>
              <w:top w:w="130" w:type="dxa"/>
              <w:left w:w="150" w:type="dxa"/>
              <w:bottom w:w="130" w:type="dxa"/>
              <w:right w:w="150" w:type="dxa"/>
            </w:tcMar>
            <w:vAlign w:val="center"/>
          </w:tcPr>
          <w:p w14:paraId="7F24AD5F" w14:textId="77777777" w:rsidR="00632820" w:rsidRPr="00D15352" w:rsidRDefault="0098018D">
            <w:pPr>
              <w:spacing w:after="80" w:line="264" w:lineRule="auto"/>
            </w:pPr>
            <w:r w:rsidRPr="00D15352">
              <w:rPr>
                <w:rFonts w:ascii="Aptos" w:hAnsi="Aptos"/>
                <w:color w:val="606C78"/>
                <w:sz w:val="20"/>
              </w:rPr>
              <w:t>[</w:t>
            </w:r>
            <w:proofErr w:type="spellStart"/>
            <w:r w:rsidRPr="00D15352">
              <w:rPr>
                <w:rFonts w:ascii="Aptos" w:hAnsi="Aptos"/>
                <w:color w:val="606C78"/>
                <w:sz w:val="20"/>
              </w:rPr>
              <w:t>Titulo</w:t>
            </w:r>
            <w:proofErr w:type="spellEnd"/>
            <w:r w:rsidRPr="00D15352">
              <w:rPr>
                <w:rFonts w:ascii="Aptos" w:hAnsi="Aptos"/>
                <w:color w:val="606C78"/>
                <w:sz w:val="20"/>
              </w:rPr>
              <w:t xml:space="preserve"> completo del plan]</w:t>
            </w:r>
          </w:p>
        </w:tc>
      </w:tr>
      <w:tr w:rsidR="00632820" w:rsidRPr="00D15352" w14:paraId="4D381DB4" w14:textId="77777777" w:rsidTr="00106454">
        <w:trPr>
          <w:trHeight w:val="620"/>
          <w:jc w:val="center"/>
        </w:trPr>
        <w:tc>
          <w:tcPr>
            <w:tcW w:w="3172" w:type="dxa"/>
            <w:shd w:val="clear" w:color="auto" w:fill="DCEEF5"/>
            <w:tcMar>
              <w:top w:w="130" w:type="dxa"/>
              <w:left w:w="150" w:type="dxa"/>
              <w:bottom w:w="130" w:type="dxa"/>
              <w:right w:w="150" w:type="dxa"/>
            </w:tcMar>
            <w:vAlign w:val="center"/>
          </w:tcPr>
          <w:p w14:paraId="0F8F705C" w14:textId="77777777" w:rsidR="00632820" w:rsidRPr="00D15352" w:rsidRDefault="0098018D">
            <w:pPr>
              <w:spacing w:after="80" w:line="264" w:lineRule="auto"/>
            </w:pPr>
            <w:r w:rsidRPr="00D15352">
              <w:rPr>
                <w:rFonts w:ascii="Aptos" w:hAnsi="Aptos"/>
                <w:color w:val="0E3D73"/>
                <w:sz w:val="20"/>
              </w:rPr>
              <w:t>Persona coordinadora o responsable</w:t>
            </w:r>
          </w:p>
        </w:tc>
        <w:tc>
          <w:tcPr>
            <w:tcW w:w="6463" w:type="dxa"/>
            <w:shd w:val="clear" w:color="auto" w:fill="FFFFFF"/>
            <w:tcMar>
              <w:top w:w="130" w:type="dxa"/>
              <w:left w:w="150" w:type="dxa"/>
              <w:bottom w:w="130" w:type="dxa"/>
              <w:right w:w="150" w:type="dxa"/>
            </w:tcMar>
            <w:vAlign w:val="center"/>
          </w:tcPr>
          <w:p w14:paraId="4365E18B" w14:textId="77777777" w:rsidR="00632820" w:rsidRPr="00D15352" w:rsidRDefault="0098018D">
            <w:pPr>
              <w:spacing w:after="80" w:line="264" w:lineRule="auto"/>
            </w:pPr>
            <w:r w:rsidRPr="00D15352">
              <w:rPr>
                <w:rFonts w:ascii="Aptos" w:hAnsi="Aptos"/>
                <w:color w:val="606C78"/>
                <w:sz w:val="20"/>
              </w:rPr>
              <w:t>[Nombre, cargo y datos de contacto]</w:t>
            </w:r>
          </w:p>
        </w:tc>
      </w:tr>
      <w:tr w:rsidR="00632820" w:rsidRPr="00D15352" w14:paraId="42BB2635" w14:textId="77777777" w:rsidTr="00106454">
        <w:trPr>
          <w:trHeight w:val="620"/>
          <w:jc w:val="center"/>
        </w:trPr>
        <w:tc>
          <w:tcPr>
            <w:tcW w:w="3172" w:type="dxa"/>
            <w:shd w:val="clear" w:color="auto" w:fill="DCEEF5"/>
            <w:tcMar>
              <w:top w:w="130" w:type="dxa"/>
              <w:left w:w="150" w:type="dxa"/>
              <w:bottom w:w="130" w:type="dxa"/>
              <w:right w:w="150" w:type="dxa"/>
            </w:tcMar>
            <w:vAlign w:val="center"/>
          </w:tcPr>
          <w:p w14:paraId="5B3F79A2" w14:textId="35DF2DDC" w:rsidR="00632820" w:rsidRPr="00D15352" w:rsidRDefault="00106454">
            <w:pPr>
              <w:spacing w:after="80" w:line="264" w:lineRule="auto"/>
            </w:pPr>
            <w:r w:rsidRPr="00D15352">
              <w:rPr>
                <w:rFonts w:ascii="Aptos" w:hAnsi="Aptos"/>
                <w:color w:val="0E3D73"/>
                <w:sz w:val="20"/>
              </w:rPr>
              <w:t>Ámbito territorial de aplicación</w:t>
            </w:r>
          </w:p>
        </w:tc>
        <w:tc>
          <w:tcPr>
            <w:tcW w:w="6463" w:type="dxa"/>
            <w:shd w:val="clear" w:color="auto" w:fill="FFFFFF"/>
            <w:tcMar>
              <w:top w:w="130" w:type="dxa"/>
              <w:left w:w="150" w:type="dxa"/>
              <w:bottom w:w="130" w:type="dxa"/>
              <w:right w:w="150" w:type="dxa"/>
            </w:tcMar>
            <w:vAlign w:val="center"/>
          </w:tcPr>
          <w:p w14:paraId="1029F7C6" w14:textId="6BF1E4E1" w:rsidR="00632820" w:rsidRPr="00D15352" w:rsidRDefault="0098018D">
            <w:pPr>
              <w:spacing w:after="80" w:line="264" w:lineRule="auto"/>
            </w:pPr>
            <w:r w:rsidRPr="00D15352">
              <w:rPr>
                <w:rFonts w:ascii="Aptos" w:hAnsi="Aptos"/>
                <w:color w:val="606C78"/>
                <w:sz w:val="20"/>
              </w:rPr>
              <w:t xml:space="preserve">[Municipal, comarcal, provincial, </w:t>
            </w:r>
            <w:r w:rsidR="00106454" w:rsidRPr="00D15352">
              <w:rPr>
                <w:rFonts w:ascii="Aptos" w:hAnsi="Aptos"/>
                <w:color w:val="606C78"/>
                <w:sz w:val="20"/>
              </w:rPr>
              <w:t>autonómico</w:t>
            </w:r>
            <w:r w:rsidRPr="00D15352">
              <w:rPr>
                <w:rFonts w:ascii="Aptos" w:hAnsi="Aptos"/>
                <w:color w:val="606C78"/>
                <w:sz w:val="20"/>
              </w:rPr>
              <w:t>, estatal, internacional...]</w:t>
            </w:r>
          </w:p>
        </w:tc>
      </w:tr>
      <w:tr w:rsidR="00632820" w:rsidRPr="00D15352" w14:paraId="0188EF70" w14:textId="77777777" w:rsidTr="00106454">
        <w:trPr>
          <w:trHeight w:val="620"/>
          <w:jc w:val="center"/>
        </w:trPr>
        <w:tc>
          <w:tcPr>
            <w:tcW w:w="3172" w:type="dxa"/>
            <w:shd w:val="clear" w:color="auto" w:fill="DCEEF5"/>
            <w:tcMar>
              <w:top w:w="130" w:type="dxa"/>
              <w:left w:w="150" w:type="dxa"/>
              <w:bottom w:w="130" w:type="dxa"/>
              <w:right w:w="150" w:type="dxa"/>
            </w:tcMar>
            <w:vAlign w:val="center"/>
          </w:tcPr>
          <w:p w14:paraId="63D4EC87" w14:textId="5A90E55F" w:rsidR="00632820" w:rsidRPr="00D15352" w:rsidRDefault="0098018D">
            <w:pPr>
              <w:spacing w:after="80" w:line="264" w:lineRule="auto"/>
            </w:pPr>
            <w:r w:rsidRPr="00D15352">
              <w:rPr>
                <w:rFonts w:ascii="Aptos" w:hAnsi="Aptos"/>
                <w:color w:val="0E3D73"/>
                <w:sz w:val="20"/>
              </w:rPr>
              <w:t xml:space="preserve">Periodo de vigencia / </w:t>
            </w:r>
            <w:r w:rsidR="00106454" w:rsidRPr="00D15352">
              <w:rPr>
                <w:rFonts w:ascii="Aptos" w:hAnsi="Aptos"/>
                <w:color w:val="0E3D73"/>
                <w:sz w:val="20"/>
              </w:rPr>
              <w:t>duración</w:t>
            </w:r>
            <w:r w:rsidRPr="00D15352">
              <w:rPr>
                <w:rFonts w:ascii="Aptos" w:hAnsi="Aptos"/>
                <w:color w:val="0E3D73"/>
                <w:sz w:val="20"/>
              </w:rPr>
              <w:t xml:space="preserve"> prevista</w:t>
            </w:r>
          </w:p>
        </w:tc>
        <w:tc>
          <w:tcPr>
            <w:tcW w:w="6463" w:type="dxa"/>
            <w:shd w:val="clear" w:color="auto" w:fill="FFFFFF"/>
            <w:tcMar>
              <w:top w:w="130" w:type="dxa"/>
              <w:left w:w="150" w:type="dxa"/>
              <w:bottom w:w="130" w:type="dxa"/>
              <w:right w:w="150" w:type="dxa"/>
            </w:tcMar>
            <w:vAlign w:val="center"/>
          </w:tcPr>
          <w:p w14:paraId="5BAE77B9" w14:textId="6A492B02" w:rsidR="00632820" w:rsidRPr="00D15352" w:rsidRDefault="0098018D">
            <w:pPr>
              <w:spacing w:after="80" w:line="264" w:lineRule="auto"/>
            </w:pPr>
            <w:r w:rsidRPr="00D15352">
              <w:rPr>
                <w:rFonts w:ascii="Aptos" w:hAnsi="Aptos"/>
                <w:color w:val="606C78"/>
                <w:sz w:val="20"/>
              </w:rPr>
              <w:t xml:space="preserve">[Fecha de inicio y fecha de </w:t>
            </w:r>
            <w:r w:rsidR="00106454" w:rsidRPr="00D15352">
              <w:rPr>
                <w:rFonts w:ascii="Aptos" w:hAnsi="Aptos"/>
                <w:color w:val="606C78"/>
                <w:sz w:val="20"/>
              </w:rPr>
              <w:t>finalización</w:t>
            </w:r>
            <w:r w:rsidRPr="00D15352">
              <w:rPr>
                <w:rFonts w:ascii="Aptos" w:hAnsi="Aptos"/>
                <w:color w:val="606C78"/>
                <w:sz w:val="20"/>
              </w:rPr>
              <w:t xml:space="preserve"> o periodo estimado]</w:t>
            </w:r>
          </w:p>
        </w:tc>
      </w:tr>
      <w:tr w:rsidR="00632820" w:rsidRPr="00D15352" w14:paraId="4124839F" w14:textId="77777777" w:rsidTr="00106454">
        <w:trPr>
          <w:trHeight w:val="980"/>
          <w:jc w:val="center"/>
        </w:trPr>
        <w:tc>
          <w:tcPr>
            <w:tcW w:w="3172" w:type="dxa"/>
            <w:shd w:val="clear" w:color="auto" w:fill="DCEEF5"/>
            <w:tcMar>
              <w:top w:w="130" w:type="dxa"/>
              <w:left w:w="150" w:type="dxa"/>
              <w:bottom w:w="130" w:type="dxa"/>
              <w:right w:w="150" w:type="dxa"/>
            </w:tcMar>
            <w:vAlign w:val="center"/>
          </w:tcPr>
          <w:p w14:paraId="5B7F195D" w14:textId="77777777" w:rsidR="00632820" w:rsidRPr="00D15352" w:rsidRDefault="0098018D">
            <w:pPr>
              <w:spacing w:after="80" w:line="264" w:lineRule="auto"/>
            </w:pPr>
            <w:r w:rsidRPr="00D15352">
              <w:rPr>
                <w:rFonts w:ascii="Aptos" w:hAnsi="Aptos"/>
                <w:color w:val="0E3D73"/>
                <w:sz w:val="20"/>
              </w:rPr>
              <w:t>Finalidad general del plan</w:t>
            </w:r>
          </w:p>
        </w:tc>
        <w:tc>
          <w:tcPr>
            <w:tcW w:w="6463" w:type="dxa"/>
            <w:shd w:val="clear" w:color="auto" w:fill="FFFFFF"/>
            <w:tcMar>
              <w:top w:w="130" w:type="dxa"/>
              <w:left w:w="150" w:type="dxa"/>
              <w:bottom w:w="130" w:type="dxa"/>
              <w:right w:w="150" w:type="dxa"/>
            </w:tcMar>
            <w:vAlign w:val="center"/>
          </w:tcPr>
          <w:p w14:paraId="1D4FDE42" w14:textId="77777777" w:rsidR="00632820" w:rsidRPr="00D15352" w:rsidRDefault="0098018D">
            <w:pPr>
              <w:spacing w:after="80" w:line="264" w:lineRule="auto"/>
            </w:pPr>
            <w:r w:rsidRPr="00D15352">
              <w:rPr>
                <w:rFonts w:ascii="Aptos" w:hAnsi="Aptos"/>
                <w:color w:val="606C78"/>
                <w:sz w:val="20"/>
              </w:rPr>
              <w:t>[Explique brevemente para que se aprueba este plan y que se persigue con el]</w:t>
            </w:r>
          </w:p>
        </w:tc>
      </w:tr>
      <w:tr w:rsidR="00632820" w:rsidRPr="00D15352" w14:paraId="61486A6D" w14:textId="77777777" w:rsidTr="00106454">
        <w:trPr>
          <w:trHeight w:val="980"/>
          <w:jc w:val="center"/>
        </w:trPr>
        <w:tc>
          <w:tcPr>
            <w:tcW w:w="3172" w:type="dxa"/>
            <w:shd w:val="clear" w:color="auto" w:fill="DCEEF5"/>
            <w:tcMar>
              <w:top w:w="130" w:type="dxa"/>
              <w:left w:w="150" w:type="dxa"/>
              <w:bottom w:w="130" w:type="dxa"/>
              <w:right w:w="150" w:type="dxa"/>
            </w:tcMar>
            <w:vAlign w:val="center"/>
          </w:tcPr>
          <w:p w14:paraId="45CB925F" w14:textId="77777777" w:rsidR="00632820" w:rsidRPr="00D15352" w:rsidRDefault="0098018D">
            <w:pPr>
              <w:spacing w:after="80" w:line="264" w:lineRule="auto"/>
            </w:pPr>
            <w:r w:rsidRPr="00D15352">
              <w:rPr>
                <w:rFonts w:ascii="Aptos" w:hAnsi="Aptos"/>
                <w:color w:val="0E3D73"/>
                <w:sz w:val="20"/>
              </w:rPr>
              <w:t>Objetivos del plan</w:t>
            </w:r>
          </w:p>
        </w:tc>
        <w:tc>
          <w:tcPr>
            <w:tcW w:w="6463" w:type="dxa"/>
            <w:shd w:val="clear" w:color="auto" w:fill="FFFFFF"/>
            <w:tcMar>
              <w:top w:w="130" w:type="dxa"/>
              <w:left w:w="150" w:type="dxa"/>
              <w:bottom w:w="130" w:type="dxa"/>
              <w:right w:w="150" w:type="dxa"/>
            </w:tcMar>
            <w:vAlign w:val="center"/>
          </w:tcPr>
          <w:p w14:paraId="4150A95F" w14:textId="77777777" w:rsidR="00632820" w:rsidRPr="00D15352" w:rsidRDefault="0098018D">
            <w:pPr>
              <w:spacing w:after="80" w:line="264" w:lineRule="auto"/>
            </w:pPr>
            <w:r w:rsidRPr="00D15352">
              <w:rPr>
                <w:rFonts w:ascii="Aptos" w:hAnsi="Aptos"/>
                <w:color w:val="606C78"/>
                <w:sz w:val="20"/>
              </w:rPr>
              <w:t>[Enumere los objetivos generales del plan]</w:t>
            </w:r>
          </w:p>
        </w:tc>
      </w:tr>
    </w:tbl>
    <w:p w14:paraId="7A34B56F" w14:textId="64E8E1EC" w:rsidR="00106454" w:rsidRPr="00D15352" w:rsidRDefault="00106454"/>
    <w:p w14:paraId="2FCB8EC7" w14:textId="77777777" w:rsidR="00561EFB" w:rsidRPr="00D15352" w:rsidRDefault="00561EFB">
      <w:r w:rsidRPr="00D15352">
        <w:br w:type="page"/>
      </w:r>
    </w:p>
    <w:tbl>
      <w:tblPr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560"/>
        <w:gridCol w:w="8640"/>
      </w:tblGrid>
      <w:tr w:rsidR="00632820" w:rsidRPr="00D15352" w14:paraId="0C531E48" w14:textId="77777777" w:rsidTr="00106454">
        <w:trPr>
          <w:jc w:val="center"/>
        </w:trPr>
        <w:tc>
          <w:tcPr>
            <w:tcW w:w="1560" w:type="dxa"/>
            <w:shd w:val="clear" w:color="auto" w:fill="0E3D73"/>
            <w:tcMar>
              <w:top w:w="90" w:type="dxa"/>
              <w:left w:w="120" w:type="dxa"/>
              <w:bottom w:w="90" w:type="dxa"/>
              <w:right w:w="120" w:type="dxa"/>
            </w:tcMar>
            <w:vAlign w:val="center"/>
          </w:tcPr>
          <w:p w14:paraId="0E27B00A" w14:textId="55300F66" w:rsidR="00632820" w:rsidRPr="00D15352" w:rsidRDefault="0098018D">
            <w:pPr>
              <w:jc w:val="center"/>
            </w:pPr>
            <w:r w:rsidRPr="00D15352">
              <w:lastRenderedPageBreak/>
              <w:drawing>
                <wp:inline distT="0" distB="0" distL="0" distR="0" wp14:anchorId="5728B423" wp14:editId="6ED1D7FD">
                  <wp:extent cx="486000" cy="486000"/>
                  <wp:effectExtent l="0" t="0" r="9525" b="952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enerated_image_20260625074727_3.pn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000" cy="4860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0" w:type="dxa"/>
            <w:shd w:val="clear" w:color="auto" w:fill="EAF5F9"/>
            <w:tcMar>
              <w:top w:w="90" w:type="dxa"/>
              <w:left w:w="120" w:type="dxa"/>
              <w:bottom w:w="90" w:type="dxa"/>
              <w:right w:w="120" w:type="dxa"/>
            </w:tcMar>
            <w:vAlign w:val="center"/>
          </w:tcPr>
          <w:p w14:paraId="6FACC69C" w14:textId="75DDB6DD" w:rsidR="00632820" w:rsidRPr="00D15352" w:rsidRDefault="0098018D">
            <w:r w:rsidRPr="00D15352">
              <w:rPr>
                <w:rFonts w:ascii="Aptos Display" w:hAnsi="Aptos Display"/>
                <w:b/>
                <w:color w:val="0E3D73"/>
                <w:sz w:val="27"/>
              </w:rPr>
              <w:t xml:space="preserve">3. </w:t>
            </w:r>
            <w:r w:rsidR="00106454" w:rsidRPr="00D15352">
              <w:rPr>
                <w:rFonts w:ascii="Aptos Display" w:hAnsi="Aptos Display"/>
                <w:b/>
                <w:color w:val="0E3D73"/>
                <w:sz w:val="27"/>
              </w:rPr>
              <w:t>Descripción</w:t>
            </w:r>
            <w:r w:rsidRPr="00D15352">
              <w:rPr>
                <w:rFonts w:ascii="Aptos Display" w:hAnsi="Aptos Display"/>
                <w:b/>
                <w:color w:val="0E3D73"/>
                <w:sz w:val="27"/>
              </w:rPr>
              <w:t xml:space="preserve"> de los programas y/o actividades</w:t>
            </w:r>
          </w:p>
          <w:p w14:paraId="36EC0B00" w14:textId="77777777" w:rsidR="00632820" w:rsidRPr="00D15352" w:rsidRDefault="0098018D">
            <w:pPr>
              <w:spacing w:before="40" w:after="0"/>
            </w:pPr>
            <w:r w:rsidRPr="00D15352">
              <w:rPr>
                <w:rFonts w:ascii="Aptos" w:hAnsi="Aptos"/>
                <w:color w:val="606C78"/>
                <w:sz w:val="18"/>
              </w:rPr>
              <w:t>Programas y actividades comprendidos en el plan.</w:t>
            </w:r>
          </w:p>
        </w:tc>
      </w:tr>
    </w:tbl>
    <w:p w14:paraId="60061E4C" w14:textId="77777777" w:rsidR="00632820" w:rsidRPr="00D15352" w:rsidRDefault="00632820"/>
    <w:p w14:paraId="5A8ABDC2" w14:textId="77777777" w:rsidR="00632820" w:rsidRPr="00D15352" w:rsidRDefault="0098018D">
      <w:pPr>
        <w:spacing w:before="80" w:after="120"/>
      </w:pPr>
      <w:r w:rsidRPr="00D15352">
        <w:rPr>
          <w:rFonts w:ascii="Aptos Display" w:hAnsi="Aptos Display"/>
          <w:b/>
          <w:color w:val="0E3D73"/>
          <w:sz w:val="25"/>
        </w:rPr>
        <w:t>Ficha de programa 1</w:t>
      </w:r>
    </w:p>
    <w:tbl>
      <w:tblPr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2608"/>
        <w:gridCol w:w="6463"/>
      </w:tblGrid>
      <w:tr w:rsidR="00632820" w:rsidRPr="00D15352" w14:paraId="11C95EC1" w14:textId="77777777">
        <w:trPr>
          <w:trHeight w:val="480"/>
          <w:jc w:val="center"/>
        </w:trPr>
        <w:tc>
          <w:tcPr>
            <w:tcW w:w="2608" w:type="dxa"/>
            <w:shd w:val="clear" w:color="auto" w:fill="DCEEF5"/>
            <w:tcMar>
              <w:top w:w="130" w:type="dxa"/>
              <w:left w:w="150" w:type="dxa"/>
              <w:bottom w:w="130" w:type="dxa"/>
              <w:right w:w="150" w:type="dxa"/>
            </w:tcMar>
            <w:vAlign w:val="center"/>
          </w:tcPr>
          <w:p w14:paraId="0DC7005A" w14:textId="77777777" w:rsidR="00632820" w:rsidRPr="00D15352" w:rsidRDefault="0098018D">
            <w:pPr>
              <w:spacing w:after="80" w:line="264" w:lineRule="auto"/>
            </w:pPr>
            <w:r w:rsidRPr="00D15352">
              <w:rPr>
                <w:rFonts w:ascii="Aptos" w:hAnsi="Aptos"/>
                <w:color w:val="0E3D73"/>
                <w:sz w:val="20"/>
              </w:rPr>
              <w:t>Programa / actividad 1</w:t>
            </w:r>
          </w:p>
        </w:tc>
        <w:tc>
          <w:tcPr>
            <w:tcW w:w="6463" w:type="dxa"/>
            <w:shd w:val="clear" w:color="auto" w:fill="FFFFFF"/>
            <w:tcMar>
              <w:top w:w="130" w:type="dxa"/>
              <w:left w:w="150" w:type="dxa"/>
              <w:bottom w:w="130" w:type="dxa"/>
              <w:right w:w="150" w:type="dxa"/>
            </w:tcMar>
            <w:vAlign w:val="center"/>
          </w:tcPr>
          <w:p w14:paraId="32A6237E" w14:textId="77777777" w:rsidR="00632820" w:rsidRPr="00D15352" w:rsidRDefault="0098018D">
            <w:pPr>
              <w:spacing w:after="80" w:line="264" w:lineRule="auto"/>
            </w:pPr>
            <w:r w:rsidRPr="00D15352">
              <w:rPr>
                <w:rFonts w:ascii="Aptos" w:hAnsi="Aptos"/>
                <w:color w:val="606C78"/>
                <w:sz w:val="20"/>
              </w:rPr>
              <w:t>[Nombre del programa o actividad]</w:t>
            </w:r>
          </w:p>
        </w:tc>
      </w:tr>
      <w:tr w:rsidR="00632820" w:rsidRPr="00D15352" w14:paraId="7CD81AAA" w14:textId="77777777">
        <w:trPr>
          <w:trHeight w:val="520"/>
          <w:jc w:val="center"/>
        </w:trPr>
        <w:tc>
          <w:tcPr>
            <w:tcW w:w="2608" w:type="dxa"/>
            <w:shd w:val="clear" w:color="auto" w:fill="DCEEF5"/>
            <w:tcMar>
              <w:top w:w="130" w:type="dxa"/>
              <w:left w:w="150" w:type="dxa"/>
              <w:bottom w:w="130" w:type="dxa"/>
              <w:right w:w="150" w:type="dxa"/>
            </w:tcMar>
            <w:vAlign w:val="center"/>
          </w:tcPr>
          <w:p w14:paraId="652ADDA2" w14:textId="77777777" w:rsidR="00632820" w:rsidRPr="00D15352" w:rsidRDefault="0098018D">
            <w:pPr>
              <w:spacing w:after="80" w:line="264" w:lineRule="auto"/>
            </w:pPr>
            <w:r w:rsidRPr="00D15352">
              <w:rPr>
                <w:rFonts w:ascii="Aptos" w:hAnsi="Aptos"/>
                <w:color w:val="0E3D73"/>
                <w:sz w:val="20"/>
              </w:rPr>
              <w:t>Objetivo</w:t>
            </w:r>
          </w:p>
        </w:tc>
        <w:tc>
          <w:tcPr>
            <w:tcW w:w="6463" w:type="dxa"/>
            <w:shd w:val="clear" w:color="auto" w:fill="FFFFFF"/>
            <w:tcMar>
              <w:top w:w="130" w:type="dxa"/>
              <w:left w:w="150" w:type="dxa"/>
              <w:bottom w:w="130" w:type="dxa"/>
              <w:right w:w="150" w:type="dxa"/>
            </w:tcMar>
            <w:vAlign w:val="center"/>
          </w:tcPr>
          <w:p w14:paraId="07185C51" w14:textId="77777777" w:rsidR="00632820" w:rsidRPr="00D15352" w:rsidRDefault="0098018D">
            <w:pPr>
              <w:spacing w:after="80" w:line="264" w:lineRule="auto"/>
            </w:pPr>
            <w:r w:rsidRPr="00D15352">
              <w:rPr>
                <w:rFonts w:ascii="Aptos" w:hAnsi="Aptos"/>
                <w:color w:val="606C78"/>
                <w:sz w:val="20"/>
              </w:rPr>
              <w:t>[Objetivo específico]</w:t>
            </w:r>
          </w:p>
        </w:tc>
      </w:tr>
      <w:tr w:rsidR="00632820" w:rsidRPr="00D15352" w14:paraId="7E3862BD" w14:textId="77777777">
        <w:trPr>
          <w:trHeight w:val="520"/>
          <w:jc w:val="center"/>
        </w:trPr>
        <w:tc>
          <w:tcPr>
            <w:tcW w:w="2608" w:type="dxa"/>
            <w:shd w:val="clear" w:color="auto" w:fill="DCEEF5"/>
            <w:tcMar>
              <w:top w:w="130" w:type="dxa"/>
              <w:left w:w="150" w:type="dxa"/>
              <w:bottom w:w="130" w:type="dxa"/>
              <w:right w:w="150" w:type="dxa"/>
            </w:tcMar>
            <w:vAlign w:val="center"/>
          </w:tcPr>
          <w:p w14:paraId="6BA13545" w14:textId="77777777" w:rsidR="00632820" w:rsidRPr="00D15352" w:rsidRDefault="0098018D">
            <w:pPr>
              <w:spacing w:after="80" w:line="264" w:lineRule="auto"/>
            </w:pPr>
            <w:r w:rsidRPr="00D15352">
              <w:rPr>
                <w:rFonts w:ascii="Aptos" w:hAnsi="Aptos"/>
                <w:color w:val="0E3D73"/>
                <w:sz w:val="20"/>
              </w:rPr>
              <w:t>Personas destinatarias</w:t>
            </w:r>
          </w:p>
        </w:tc>
        <w:tc>
          <w:tcPr>
            <w:tcW w:w="6463" w:type="dxa"/>
            <w:shd w:val="clear" w:color="auto" w:fill="FFFFFF"/>
            <w:tcMar>
              <w:top w:w="130" w:type="dxa"/>
              <w:left w:w="150" w:type="dxa"/>
              <w:bottom w:w="130" w:type="dxa"/>
              <w:right w:w="150" w:type="dxa"/>
            </w:tcMar>
            <w:vAlign w:val="center"/>
          </w:tcPr>
          <w:p w14:paraId="542B02EC" w14:textId="77777777" w:rsidR="00632820" w:rsidRPr="00D15352" w:rsidRDefault="0098018D">
            <w:pPr>
              <w:spacing w:after="80" w:line="264" w:lineRule="auto"/>
            </w:pPr>
            <w:r w:rsidRPr="00D15352">
              <w:rPr>
                <w:rFonts w:ascii="Aptos" w:hAnsi="Aptos"/>
                <w:color w:val="606C78"/>
                <w:sz w:val="20"/>
              </w:rPr>
              <w:t>[Perfil / colectivo destinatario]</w:t>
            </w:r>
          </w:p>
        </w:tc>
      </w:tr>
      <w:tr w:rsidR="00632820" w:rsidRPr="00D15352" w14:paraId="5EC76C83" w14:textId="77777777">
        <w:trPr>
          <w:trHeight w:val="900"/>
          <w:jc w:val="center"/>
        </w:trPr>
        <w:tc>
          <w:tcPr>
            <w:tcW w:w="2608" w:type="dxa"/>
            <w:shd w:val="clear" w:color="auto" w:fill="DCEEF5"/>
            <w:tcMar>
              <w:top w:w="130" w:type="dxa"/>
              <w:left w:w="150" w:type="dxa"/>
              <w:bottom w:w="130" w:type="dxa"/>
              <w:right w:w="150" w:type="dxa"/>
            </w:tcMar>
            <w:vAlign w:val="center"/>
          </w:tcPr>
          <w:p w14:paraId="1B22961B" w14:textId="77777777" w:rsidR="00632820" w:rsidRPr="00D15352" w:rsidRDefault="0098018D">
            <w:pPr>
              <w:spacing w:after="80" w:line="264" w:lineRule="auto"/>
            </w:pPr>
            <w:r w:rsidRPr="00D15352">
              <w:rPr>
                <w:rFonts w:ascii="Aptos" w:hAnsi="Aptos"/>
                <w:color w:val="0E3D73"/>
                <w:sz w:val="20"/>
              </w:rPr>
              <w:t>Tareas del voluntariado</w:t>
            </w:r>
          </w:p>
        </w:tc>
        <w:tc>
          <w:tcPr>
            <w:tcW w:w="6463" w:type="dxa"/>
            <w:shd w:val="clear" w:color="auto" w:fill="FFFFFF"/>
            <w:tcMar>
              <w:top w:w="130" w:type="dxa"/>
              <w:left w:w="150" w:type="dxa"/>
              <w:bottom w:w="130" w:type="dxa"/>
              <w:right w:w="150" w:type="dxa"/>
            </w:tcMar>
            <w:vAlign w:val="center"/>
          </w:tcPr>
          <w:p w14:paraId="51193636" w14:textId="77777777" w:rsidR="00632820" w:rsidRPr="00D15352" w:rsidRDefault="0098018D">
            <w:pPr>
              <w:spacing w:after="80" w:line="264" w:lineRule="auto"/>
            </w:pPr>
            <w:r w:rsidRPr="00D15352">
              <w:rPr>
                <w:rFonts w:ascii="Aptos" w:hAnsi="Aptos"/>
                <w:color w:val="606C78"/>
                <w:sz w:val="20"/>
              </w:rPr>
              <w:t>[Actividades concretas que realiza el voluntariado]</w:t>
            </w:r>
          </w:p>
        </w:tc>
      </w:tr>
      <w:tr w:rsidR="00632820" w:rsidRPr="00D15352" w14:paraId="7E4F6481" w14:textId="77777777">
        <w:trPr>
          <w:trHeight w:val="700"/>
          <w:jc w:val="center"/>
        </w:trPr>
        <w:tc>
          <w:tcPr>
            <w:tcW w:w="2608" w:type="dxa"/>
            <w:shd w:val="clear" w:color="auto" w:fill="DCEEF5"/>
            <w:tcMar>
              <w:top w:w="130" w:type="dxa"/>
              <w:left w:w="150" w:type="dxa"/>
              <w:bottom w:w="130" w:type="dxa"/>
              <w:right w:w="150" w:type="dxa"/>
            </w:tcMar>
            <w:vAlign w:val="center"/>
          </w:tcPr>
          <w:p w14:paraId="663DFDE7" w14:textId="77777777" w:rsidR="00632820" w:rsidRPr="00D15352" w:rsidRDefault="0098018D">
            <w:pPr>
              <w:spacing w:after="80" w:line="264" w:lineRule="auto"/>
            </w:pPr>
            <w:r w:rsidRPr="00D15352">
              <w:rPr>
                <w:rFonts w:ascii="Aptos" w:hAnsi="Aptos"/>
                <w:color w:val="0E3D73"/>
                <w:sz w:val="20"/>
              </w:rPr>
              <w:t>Calendario / periodicidad</w:t>
            </w:r>
          </w:p>
        </w:tc>
        <w:tc>
          <w:tcPr>
            <w:tcW w:w="6463" w:type="dxa"/>
            <w:shd w:val="clear" w:color="auto" w:fill="FFFFFF"/>
            <w:tcMar>
              <w:top w:w="130" w:type="dxa"/>
              <w:left w:w="150" w:type="dxa"/>
              <w:bottom w:w="130" w:type="dxa"/>
              <w:right w:w="150" w:type="dxa"/>
            </w:tcMar>
            <w:vAlign w:val="center"/>
          </w:tcPr>
          <w:p w14:paraId="65414BDC" w14:textId="77777777" w:rsidR="00632820" w:rsidRPr="00D15352" w:rsidRDefault="0098018D">
            <w:pPr>
              <w:spacing w:after="80" w:line="264" w:lineRule="auto"/>
            </w:pPr>
            <w:r w:rsidRPr="00D15352">
              <w:rPr>
                <w:rFonts w:ascii="Aptos" w:hAnsi="Aptos"/>
                <w:color w:val="606C78"/>
                <w:sz w:val="20"/>
              </w:rPr>
              <w:t>[Frecuencia, horarios o duración]</w:t>
            </w:r>
          </w:p>
        </w:tc>
      </w:tr>
      <w:tr w:rsidR="00632820" w:rsidRPr="00D15352" w14:paraId="1888E829" w14:textId="77777777">
        <w:trPr>
          <w:trHeight w:val="520"/>
          <w:jc w:val="center"/>
        </w:trPr>
        <w:tc>
          <w:tcPr>
            <w:tcW w:w="2608" w:type="dxa"/>
            <w:shd w:val="clear" w:color="auto" w:fill="DCEEF5"/>
            <w:tcMar>
              <w:top w:w="130" w:type="dxa"/>
              <w:left w:w="150" w:type="dxa"/>
              <w:bottom w:w="130" w:type="dxa"/>
              <w:right w:w="150" w:type="dxa"/>
            </w:tcMar>
            <w:vAlign w:val="center"/>
          </w:tcPr>
          <w:p w14:paraId="1D6B0004" w14:textId="77777777" w:rsidR="00632820" w:rsidRPr="00D15352" w:rsidRDefault="0098018D">
            <w:pPr>
              <w:spacing w:after="80" w:line="264" w:lineRule="auto"/>
            </w:pPr>
            <w:r w:rsidRPr="00D15352">
              <w:rPr>
                <w:rFonts w:ascii="Aptos" w:hAnsi="Aptos"/>
                <w:color w:val="0E3D73"/>
                <w:sz w:val="20"/>
              </w:rPr>
              <w:t>Ámbito territorial</w:t>
            </w:r>
          </w:p>
        </w:tc>
        <w:tc>
          <w:tcPr>
            <w:tcW w:w="6463" w:type="dxa"/>
            <w:shd w:val="clear" w:color="auto" w:fill="FFFFFF"/>
            <w:tcMar>
              <w:top w:w="130" w:type="dxa"/>
              <w:left w:w="150" w:type="dxa"/>
              <w:bottom w:w="130" w:type="dxa"/>
              <w:right w:w="150" w:type="dxa"/>
            </w:tcMar>
            <w:vAlign w:val="center"/>
          </w:tcPr>
          <w:p w14:paraId="3C5C0E6F" w14:textId="77777777" w:rsidR="00632820" w:rsidRPr="00D15352" w:rsidRDefault="0098018D">
            <w:pPr>
              <w:spacing w:after="80" w:line="264" w:lineRule="auto"/>
            </w:pPr>
            <w:r w:rsidRPr="00D15352">
              <w:rPr>
                <w:rFonts w:ascii="Aptos" w:hAnsi="Aptos"/>
                <w:color w:val="606C78"/>
                <w:sz w:val="20"/>
              </w:rPr>
              <w:t>[Centro, municipio o ámbito territorial]</w:t>
            </w:r>
          </w:p>
        </w:tc>
      </w:tr>
    </w:tbl>
    <w:p w14:paraId="44EAFD9C" w14:textId="77777777" w:rsidR="00632820" w:rsidRPr="00D15352" w:rsidRDefault="00632820"/>
    <w:p w14:paraId="6CC8C538" w14:textId="77777777" w:rsidR="00632820" w:rsidRPr="00D15352" w:rsidRDefault="0098018D">
      <w:pPr>
        <w:spacing w:before="80" w:after="120"/>
      </w:pPr>
      <w:r w:rsidRPr="00D15352">
        <w:rPr>
          <w:rFonts w:ascii="Aptos Display" w:hAnsi="Aptos Display"/>
          <w:b/>
          <w:color w:val="0E3D73"/>
          <w:sz w:val="25"/>
        </w:rPr>
        <w:t>Ficha de programa 2</w:t>
      </w:r>
    </w:p>
    <w:tbl>
      <w:tblPr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2608"/>
        <w:gridCol w:w="6463"/>
      </w:tblGrid>
      <w:tr w:rsidR="00632820" w:rsidRPr="00D15352" w14:paraId="35CEB131" w14:textId="77777777">
        <w:trPr>
          <w:trHeight w:val="480"/>
          <w:jc w:val="center"/>
        </w:trPr>
        <w:tc>
          <w:tcPr>
            <w:tcW w:w="2608" w:type="dxa"/>
            <w:shd w:val="clear" w:color="auto" w:fill="DCEEF5"/>
            <w:tcMar>
              <w:top w:w="130" w:type="dxa"/>
              <w:left w:w="150" w:type="dxa"/>
              <w:bottom w:w="130" w:type="dxa"/>
              <w:right w:w="150" w:type="dxa"/>
            </w:tcMar>
            <w:vAlign w:val="center"/>
          </w:tcPr>
          <w:p w14:paraId="7F6CC6CC" w14:textId="77777777" w:rsidR="00632820" w:rsidRPr="00D15352" w:rsidRDefault="0098018D">
            <w:pPr>
              <w:spacing w:after="80" w:line="264" w:lineRule="auto"/>
            </w:pPr>
            <w:r w:rsidRPr="00D15352">
              <w:rPr>
                <w:rFonts w:ascii="Aptos" w:hAnsi="Aptos"/>
                <w:color w:val="0E3D73"/>
                <w:sz w:val="20"/>
              </w:rPr>
              <w:t>Programa / actividad 2</w:t>
            </w:r>
          </w:p>
        </w:tc>
        <w:tc>
          <w:tcPr>
            <w:tcW w:w="6463" w:type="dxa"/>
            <w:shd w:val="clear" w:color="auto" w:fill="FFFFFF"/>
            <w:tcMar>
              <w:top w:w="130" w:type="dxa"/>
              <w:left w:w="150" w:type="dxa"/>
              <w:bottom w:w="130" w:type="dxa"/>
              <w:right w:w="150" w:type="dxa"/>
            </w:tcMar>
            <w:vAlign w:val="center"/>
          </w:tcPr>
          <w:p w14:paraId="01C5FED5" w14:textId="77777777" w:rsidR="00632820" w:rsidRPr="00D15352" w:rsidRDefault="0098018D">
            <w:pPr>
              <w:spacing w:after="80" w:line="264" w:lineRule="auto"/>
            </w:pPr>
            <w:r w:rsidRPr="00D15352">
              <w:rPr>
                <w:rFonts w:ascii="Aptos" w:hAnsi="Aptos"/>
                <w:color w:val="606C78"/>
                <w:sz w:val="20"/>
              </w:rPr>
              <w:t>[Nombre del programa o actividad]</w:t>
            </w:r>
          </w:p>
        </w:tc>
      </w:tr>
      <w:tr w:rsidR="00632820" w:rsidRPr="00D15352" w14:paraId="7862C722" w14:textId="77777777">
        <w:trPr>
          <w:trHeight w:val="520"/>
          <w:jc w:val="center"/>
        </w:trPr>
        <w:tc>
          <w:tcPr>
            <w:tcW w:w="2608" w:type="dxa"/>
            <w:shd w:val="clear" w:color="auto" w:fill="DCEEF5"/>
            <w:tcMar>
              <w:top w:w="130" w:type="dxa"/>
              <w:left w:w="150" w:type="dxa"/>
              <w:bottom w:w="130" w:type="dxa"/>
              <w:right w:w="150" w:type="dxa"/>
            </w:tcMar>
            <w:vAlign w:val="center"/>
          </w:tcPr>
          <w:p w14:paraId="45DD4A80" w14:textId="77777777" w:rsidR="00632820" w:rsidRPr="00D15352" w:rsidRDefault="0098018D">
            <w:pPr>
              <w:spacing w:after="80" w:line="264" w:lineRule="auto"/>
            </w:pPr>
            <w:r w:rsidRPr="00D15352">
              <w:rPr>
                <w:rFonts w:ascii="Aptos" w:hAnsi="Aptos"/>
                <w:color w:val="0E3D73"/>
                <w:sz w:val="20"/>
              </w:rPr>
              <w:t>Objetivo</w:t>
            </w:r>
          </w:p>
        </w:tc>
        <w:tc>
          <w:tcPr>
            <w:tcW w:w="6463" w:type="dxa"/>
            <w:shd w:val="clear" w:color="auto" w:fill="FFFFFF"/>
            <w:tcMar>
              <w:top w:w="130" w:type="dxa"/>
              <w:left w:w="150" w:type="dxa"/>
              <w:bottom w:w="130" w:type="dxa"/>
              <w:right w:w="150" w:type="dxa"/>
            </w:tcMar>
            <w:vAlign w:val="center"/>
          </w:tcPr>
          <w:p w14:paraId="5DBECD5E" w14:textId="77777777" w:rsidR="00632820" w:rsidRPr="00D15352" w:rsidRDefault="0098018D">
            <w:pPr>
              <w:spacing w:after="80" w:line="264" w:lineRule="auto"/>
            </w:pPr>
            <w:r w:rsidRPr="00D15352">
              <w:rPr>
                <w:rFonts w:ascii="Aptos" w:hAnsi="Aptos"/>
                <w:color w:val="606C78"/>
                <w:sz w:val="20"/>
              </w:rPr>
              <w:t>[Objetivo específico]</w:t>
            </w:r>
          </w:p>
        </w:tc>
      </w:tr>
      <w:tr w:rsidR="00632820" w:rsidRPr="00D15352" w14:paraId="3FF39487" w14:textId="77777777">
        <w:trPr>
          <w:trHeight w:val="520"/>
          <w:jc w:val="center"/>
        </w:trPr>
        <w:tc>
          <w:tcPr>
            <w:tcW w:w="2608" w:type="dxa"/>
            <w:shd w:val="clear" w:color="auto" w:fill="DCEEF5"/>
            <w:tcMar>
              <w:top w:w="130" w:type="dxa"/>
              <w:left w:w="150" w:type="dxa"/>
              <w:bottom w:w="130" w:type="dxa"/>
              <w:right w:w="150" w:type="dxa"/>
            </w:tcMar>
            <w:vAlign w:val="center"/>
          </w:tcPr>
          <w:p w14:paraId="19915AEB" w14:textId="77777777" w:rsidR="00632820" w:rsidRPr="00D15352" w:rsidRDefault="0098018D">
            <w:pPr>
              <w:spacing w:after="80" w:line="264" w:lineRule="auto"/>
            </w:pPr>
            <w:r w:rsidRPr="00D15352">
              <w:rPr>
                <w:rFonts w:ascii="Aptos" w:hAnsi="Aptos"/>
                <w:color w:val="0E3D73"/>
                <w:sz w:val="20"/>
              </w:rPr>
              <w:t>Personas destinatarias</w:t>
            </w:r>
          </w:p>
        </w:tc>
        <w:tc>
          <w:tcPr>
            <w:tcW w:w="6463" w:type="dxa"/>
            <w:shd w:val="clear" w:color="auto" w:fill="FFFFFF"/>
            <w:tcMar>
              <w:top w:w="130" w:type="dxa"/>
              <w:left w:w="150" w:type="dxa"/>
              <w:bottom w:w="130" w:type="dxa"/>
              <w:right w:w="150" w:type="dxa"/>
            </w:tcMar>
            <w:vAlign w:val="center"/>
          </w:tcPr>
          <w:p w14:paraId="2779A6F2" w14:textId="77777777" w:rsidR="00632820" w:rsidRPr="00D15352" w:rsidRDefault="0098018D">
            <w:pPr>
              <w:spacing w:after="80" w:line="264" w:lineRule="auto"/>
            </w:pPr>
            <w:r w:rsidRPr="00D15352">
              <w:rPr>
                <w:rFonts w:ascii="Aptos" w:hAnsi="Aptos"/>
                <w:color w:val="606C78"/>
                <w:sz w:val="20"/>
              </w:rPr>
              <w:t>[Perfil / colectivo destinatario]</w:t>
            </w:r>
          </w:p>
        </w:tc>
      </w:tr>
      <w:tr w:rsidR="00632820" w:rsidRPr="00D15352" w14:paraId="58E45BC2" w14:textId="77777777">
        <w:trPr>
          <w:trHeight w:val="900"/>
          <w:jc w:val="center"/>
        </w:trPr>
        <w:tc>
          <w:tcPr>
            <w:tcW w:w="2608" w:type="dxa"/>
            <w:shd w:val="clear" w:color="auto" w:fill="DCEEF5"/>
            <w:tcMar>
              <w:top w:w="130" w:type="dxa"/>
              <w:left w:w="150" w:type="dxa"/>
              <w:bottom w:w="130" w:type="dxa"/>
              <w:right w:w="150" w:type="dxa"/>
            </w:tcMar>
            <w:vAlign w:val="center"/>
          </w:tcPr>
          <w:p w14:paraId="6E449F02" w14:textId="77777777" w:rsidR="00632820" w:rsidRPr="00D15352" w:rsidRDefault="0098018D">
            <w:pPr>
              <w:spacing w:after="80" w:line="264" w:lineRule="auto"/>
            </w:pPr>
            <w:r w:rsidRPr="00D15352">
              <w:rPr>
                <w:rFonts w:ascii="Aptos" w:hAnsi="Aptos"/>
                <w:color w:val="0E3D73"/>
                <w:sz w:val="20"/>
              </w:rPr>
              <w:t>Tareas del voluntariado</w:t>
            </w:r>
          </w:p>
        </w:tc>
        <w:tc>
          <w:tcPr>
            <w:tcW w:w="6463" w:type="dxa"/>
            <w:shd w:val="clear" w:color="auto" w:fill="FFFFFF"/>
            <w:tcMar>
              <w:top w:w="130" w:type="dxa"/>
              <w:left w:w="150" w:type="dxa"/>
              <w:bottom w:w="130" w:type="dxa"/>
              <w:right w:w="150" w:type="dxa"/>
            </w:tcMar>
            <w:vAlign w:val="center"/>
          </w:tcPr>
          <w:p w14:paraId="09526748" w14:textId="77777777" w:rsidR="00632820" w:rsidRPr="00D15352" w:rsidRDefault="0098018D">
            <w:pPr>
              <w:spacing w:after="80" w:line="264" w:lineRule="auto"/>
            </w:pPr>
            <w:r w:rsidRPr="00D15352">
              <w:rPr>
                <w:rFonts w:ascii="Aptos" w:hAnsi="Aptos"/>
                <w:color w:val="606C78"/>
                <w:sz w:val="20"/>
              </w:rPr>
              <w:t>[Actividades concretas que realiza el voluntariado]</w:t>
            </w:r>
          </w:p>
        </w:tc>
      </w:tr>
      <w:tr w:rsidR="00632820" w:rsidRPr="00D15352" w14:paraId="2D735D38" w14:textId="77777777">
        <w:trPr>
          <w:trHeight w:val="700"/>
          <w:jc w:val="center"/>
        </w:trPr>
        <w:tc>
          <w:tcPr>
            <w:tcW w:w="2608" w:type="dxa"/>
            <w:shd w:val="clear" w:color="auto" w:fill="DCEEF5"/>
            <w:tcMar>
              <w:top w:w="130" w:type="dxa"/>
              <w:left w:w="150" w:type="dxa"/>
              <w:bottom w:w="130" w:type="dxa"/>
              <w:right w:w="150" w:type="dxa"/>
            </w:tcMar>
            <w:vAlign w:val="center"/>
          </w:tcPr>
          <w:p w14:paraId="1AD9095E" w14:textId="77777777" w:rsidR="00632820" w:rsidRPr="00D15352" w:rsidRDefault="0098018D">
            <w:pPr>
              <w:spacing w:after="80" w:line="264" w:lineRule="auto"/>
            </w:pPr>
            <w:r w:rsidRPr="00D15352">
              <w:rPr>
                <w:rFonts w:ascii="Aptos" w:hAnsi="Aptos"/>
                <w:color w:val="0E3D73"/>
                <w:sz w:val="20"/>
              </w:rPr>
              <w:t>Calendario / periodicidad</w:t>
            </w:r>
          </w:p>
        </w:tc>
        <w:tc>
          <w:tcPr>
            <w:tcW w:w="6463" w:type="dxa"/>
            <w:shd w:val="clear" w:color="auto" w:fill="FFFFFF"/>
            <w:tcMar>
              <w:top w:w="130" w:type="dxa"/>
              <w:left w:w="150" w:type="dxa"/>
              <w:bottom w:w="130" w:type="dxa"/>
              <w:right w:w="150" w:type="dxa"/>
            </w:tcMar>
            <w:vAlign w:val="center"/>
          </w:tcPr>
          <w:p w14:paraId="686CE24D" w14:textId="77777777" w:rsidR="00632820" w:rsidRPr="00D15352" w:rsidRDefault="0098018D">
            <w:pPr>
              <w:spacing w:after="80" w:line="264" w:lineRule="auto"/>
            </w:pPr>
            <w:r w:rsidRPr="00D15352">
              <w:rPr>
                <w:rFonts w:ascii="Aptos" w:hAnsi="Aptos"/>
                <w:color w:val="606C78"/>
                <w:sz w:val="20"/>
              </w:rPr>
              <w:t>[Frecuencia, horarios o duración]</w:t>
            </w:r>
          </w:p>
        </w:tc>
      </w:tr>
      <w:tr w:rsidR="00632820" w:rsidRPr="00D15352" w14:paraId="552097A2" w14:textId="77777777">
        <w:trPr>
          <w:trHeight w:val="520"/>
          <w:jc w:val="center"/>
        </w:trPr>
        <w:tc>
          <w:tcPr>
            <w:tcW w:w="2608" w:type="dxa"/>
            <w:shd w:val="clear" w:color="auto" w:fill="DCEEF5"/>
            <w:tcMar>
              <w:top w:w="130" w:type="dxa"/>
              <w:left w:w="150" w:type="dxa"/>
              <w:bottom w:w="130" w:type="dxa"/>
              <w:right w:w="150" w:type="dxa"/>
            </w:tcMar>
            <w:vAlign w:val="center"/>
          </w:tcPr>
          <w:p w14:paraId="141283AB" w14:textId="77777777" w:rsidR="00632820" w:rsidRPr="00D15352" w:rsidRDefault="0098018D">
            <w:pPr>
              <w:spacing w:after="80" w:line="264" w:lineRule="auto"/>
            </w:pPr>
            <w:r w:rsidRPr="00D15352">
              <w:rPr>
                <w:rFonts w:ascii="Aptos" w:hAnsi="Aptos"/>
                <w:color w:val="0E3D73"/>
                <w:sz w:val="20"/>
              </w:rPr>
              <w:t>Ámbito territorial</w:t>
            </w:r>
          </w:p>
        </w:tc>
        <w:tc>
          <w:tcPr>
            <w:tcW w:w="6463" w:type="dxa"/>
            <w:shd w:val="clear" w:color="auto" w:fill="FFFFFF"/>
            <w:tcMar>
              <w:top w:w="130" w:type="dxa"/>
              <w:left w:w="150" w:type="dxa"/>
              <w:bottom w:w="130" w:type="dxa"/>
              <w:right w:w="150" w:type="dxa"/>
            </w:tcMar>
            <w:vAlign w:val="center"/>
          </w:tcPr>
          <w:p w14:paraId="114AE536" w14:textId="77777777" w:rsidR="00632820" w:rsidRPr="00D15352" w:rsidRDefault="0098018D">
            <w:pPr>
              <w:spacing w:after="80" w:line="264" w:lineRule="auto"/>
            </w:pPr>
            <w:r w:rsidRPr="00D15352">
              <w:rPr>
                <w:rFonts w:ascii="Aptos" w:hAnsi="Aptos"/>
                <w:color w:val="606C78"/>
                <w:sz w:val="20"/>
              </w:rPr>
              <w:t>[Centro, municipio o ámbito territorial]</w:t>
            </w:r>
          </w:p>
        </w:tc>
      </w:tr>
    </w:tbl>
    <w:p w14:paraId="4B9DDA2D" w14:textId="77777777" w:rsidR="00632820" w:rsidRPr="00D15352" w:rsidRDefault="0098018D">
      <w:pPr>
        <w:spacing w:before="80" w:after="120"/>
      </w:pPr>
      <w:r w:rsidRPr="00D15352">
        <w:rPr>
          <w:rFonts w:ascii="Aptos Display" w:hAnsi="Aptos Display"/>
          <w:b/>
          <w:color w:val="0E3D73"/>
          <w:sz w:val="25"/>
        </w:rPr>
        <w:lastRenderedPageBreak/>
        <w:t>Ficha de programa 3</w:t>
      </w:r>
    </w:p>
    <w:tbl>
      <w:tblPr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2608"/>
        <w:gridCol w:w="6463"/>
      </w:tblGrid>
      <w:tr w:rsidR="00632820" w:rsidRPr="00D15352" w14:paraId="68779EBE" w14:textId="77777777">
        <w:trPr>
          <w:trHeight w:val="480"/>
          <w:jc w:val="center"/>
        </w:trPr>
        <w:tc>
          <w:tcPr>
            <w:tcW w:w="2608" w:type="dxa"/>
            <w:shd w:val="clear" w:color="auto" w:fill="DCEEF5"/>
            <w:tcMar>
              <w:top w:w="130" w:type="dxa"/>
              <w:left w:w="150" w:type="dxa"/>
              <w:bottom w:w="130" w:type="dxa"/>
              <w:right w:w="150" w:type="dxa"/>
            </w:tcMar>
            <w:vAlign w:val="center"/>
          </w:tcPr>
          <w:p w14:paraId="5D4C4DDC" w14:textId="77777777" w:rsidR="00632820" w:rsidRPr="00D15352" w:rsidRDefault="0098018D">
            <w:pPr>
              <w:spacing w:after="80" w:line="264" w:lineRule="auto"/>
            </w:pPr>
            <w:r w:rsidRPr="00D15352">
              <w:rPr>
                <w:rFonts w:ascii="Aptos" w:hAnsi="Aptos"/>
                <w:color w:val="0E3D73"/>
                <w:sz w:val="20"/>
              </w:rPr>
              <w:t>Programa / actividad 3</w:t>
            </w:r>
          </w:p>
        </w:tc>
        <w:tc>
          <w:tcPr>
            <w:tcW w:w="6463" w:type="dxa"/>
            <w:shd w:val="clear" w:color="auto" w:fill="FFFFFF"/>
            <w:tcMar>
              <w:top w:w="130" w:type="dxa"/>
              <w:left w:w="150" w:type="dxa"/>
              <w:bottom w:w="130" w:type="dxa"/>
              <w:right w:w="150" w:type="dxa"/>
            </w:tcMar>
            <w:vAlign w:val="center"/>
          </w:tcPr>
          <w:p w14:paraId="281B769F" w14:textId="77777777" w:rsidR="00632820" w:rsidRPr="00D15352" w:rsidRDefault="0098018D">
            <w:pPr>
              <w:spacing w:after="80" w:line="264" w:lineRule="auto"/>
            </w:pPr>
            <w:r w:rsidRPr="00D15352">
              <w:rPr>
                <w:rFonts w:ascii="Aptos" w:hAnsi="Aptos"/>
                <w:color w:val="606C78"/>
                <w:sz w:val="20"/>
              </w:rPr>
              <w:t>[Nombre del programa o actividad]</w:t>
            </w:r>
          </w:p>
        </w:tc>
      </w:tr>
      <w:tr w:rsidR="00632820" w:rsidRPr="00D15352" w14:paraId="7361A136" w14:textId="77777777">
        <w:trPr>
          <w:trHeight w:val="520"/>
          <w:jc w:val="center"/>
        </w:trPr>
        <w:tc>
          <w:tcPr>
            <w:tcW w:w="2608" w:type="dxa"/>
            <w:shd w:val="clear" w:color="auto" w:fill="DCEEF5"/>
            <w:tcMar>
              <w:top w:w="130" w:type="dxa"/>
              <w:left w:w="150" w:type="dxa"/>
              <w:bottom w:w="130" w:type="dxa"/>
              <w:right w:w="150" w:type="dxa"/>
            </w:tcMar>
            <w:vAlign w:val="center"/>
          </w:tcPr>
          <w:p w14:paraId="2207F699" w14:textId="77777777" w:rsidR="00632820" w:rsidRPr="00D15352" w:rsidRDefault="0098018D">
            <w:pPr>
              <w:spacing w:after="80" w:line="264" w:lineRule="auto"/>
            </w:pPr>
            <w:r w:rsidRPr="00D15352">
              <w:rPr>
                <w:rFonts w:ascii="Aptos" w:hAnsi="Aptos"/>
                <w:color w:val="0E3D73"/>
                <w:sz w:val="20"/>
              </w:rPr>
              <w:t>Objetivo</w:t>
            </w:r>
          </w:p>
        </w:tc>
        <w:tc>
          <w:tcPr>
            <w:tcW w:w="6463" w:type="dxa"/>
            <w:shd w:val="clear" w:color="auto" w:fill="FFFFFF"/>
            <w:tcMar>
              <w:top w:w="130" w:type="dxa"/>
              <w:left w:w="150" w:type="dxa"/>
              <w:bottom w:w="130" w:type="dxa"/>
              <w:right w:w="150" w:type="dxa"/>
            </w:tcMar>
            <w:vAlign w:val="center"/>
          </w:tcPr>
          <w:p w14:paraId="0C040C0F" w14:textId="77777777" w:rsidR="00632820" w:rsidRPr="00D15352" w:rsidRDefault="0098018D">
            <w:pPr>
              <w:spacing w:after="80" w:line="264" w:lineRule="auto"/>
            </w:pPr>
            <w:r w:rsidRPr="00D15352">
              <w:rPr>
                <w:rFonts w:ascii="Aptos" w:hAnsi="Aptos"/>
                <w:color w:val="606C78"/>
                <w:sz w:val="20"/>
              </w:rPr>
              <w:t>[Objetivo específico]</w:t>
            </w:r>
          </w:p>
        </w:tc>
      </w:tr>
      <w:tr w:rsidR="00632820" w:rsidRPr="00D15352" w14:paraId="5116ACD9" w14:textId="77777777">
        <w:trPr>
          <w:trHeight w:val="520"/>
          <w:jc w:val="center"/>
        </w:trPr>
        <w:tc>
          <w:tcPr>
            <w:tcW w:w="2608" w:type="dxa"/>
            <w:shd w:val="clear" w:color="auto" w:fill="DCEEF5"/>
            <w:tcMar>
              <w:top w:w="130" w:type="dxa"/>
              <w:left w:w="150" w:type="dxa"/>
              <w:bottom w:w="130" w:type="dxa"/>
              <w:right w:w="150" w:type="dxa"/>
            </w:tcMar>
            <w:vAlign w:val="center"/>
          </w:tcPr>
          <w:p w14:paraId="4AE157DD" w14:textId="77777777" w:rsidR="00632820" w:rsidRPr="00D15352" w:rsidRDefault="0098018D">
            <w:pPr>
              <w:spacing w:after="80" w:line="264" w:lineRule="auto"/>
            </w:pPr>
            <w:r w:rsidRPr="00D15352">
              <w:rPr>
                <w:rFonts w:ascii="Aptos" w:hAnsi="Aptos"/>
                <w:color w:val="0E3D73"/>
                <w:sz w:val="20"/>
              </w:rPr>
              <w:t>Personas destinatarias</w:t>
            </w:r>
          </w:p>
        </w:tc>
        <w:tc>
          <w:tcPr>
            <w:tcW w:w="6463" w:type="dxa"/>
            <w:shd w:val="clear" w:color="auto" w:fill="FFFFFF"/>
            <w:tcMar>
              <w:top w:w="130" w:type="dxa"/>
              <w:left w:w="150" w:type="dxa"/>
              <w:bottom w:w="130" w:type="dxa"/>
              <w:right w:w="150" w:type="dxa"/>
            </w:tcMar>
            <w:vAlign w:val="center"/>
          </w:tcPr>
          <w:p w14:paraId="58C0AA82" w14:textId="77777777" w:rsidR="00632820" w:rsidRPr="00D15352" w:rsidRDefault="0098018D">
            <w:pPr>
              <w:spacing w:after="80" w:line="264" w:lineRule="auto"/>
            </w:pPr>
            <w:r w:rsidRPr="00D15352">
              <w:rPr>
                <w:rFonts w:ascii="Aptos" w:hAnsi="Aptos"/>
                <w:color w:val="606C78"/>
                <w:sz w:val="20"/>
              </w:rPr>
              <w:t>[Perfil / colectivo destinatario]</w:t>
            </w:r>
          </w:p>
        </w:tc>
      </w:tr>
      <w:tr w:rsidR="00632820" w:rsidRPr="00D15352" w14:paraId="36E588ED" w14:textId="77777777">
        <w:trPr>
          <w:trHeight w:val="900"/>
          <w:jc w:val="center"/>
        </w:trPr>
        <w:tc>
          <w:tcPr>
            <w:tcW w:w="2608" w:type="dxa"/>
            <w:shd w:val="clear" w:color="auto" w:fill="DCEEF5"/>
            <w:tcMar>
              <w:top w:w="130" w:type="dxa"/>
              <w:left w:w="150" w:type="dxa"/>
              <w:bottom w:w="130" w:type="dxa"/>
              <w:right w:w="150" w:type="dxa"/>
            </w:tcMar>
            <w:vAlign w:val="center"/>
          </w:tcPr>
          <w:p w14:paraId="0A189956" w14:textId="77777777" w:rsidR="00632820" w:rsidRPr="00D15352" w:rsidRDefault="0098018D">
            <w:pPr>
              <w:spacing w:after="80" w:line="264" w:lineRule="auto"/>
            </w:pPr>
            <w:r w:rsidRPr="00D15352">
              <w:rPr>
                <w:rFonts w:ascii="Aptos" w:hAnsi="Aptos"/>
                <w:color w:val="0E3D73"/>
                <w:sz w:val="20"/>
              </w:rPr>
              <w:t>Tareas del voluntariado</w:t>
            </w:r>
          </w:p>
        </w:tc>
        <w:tc>
          <w:tcPr>
            <w:tcW w:w="6463" w:type="dxa"/>
            <w:shd w:val="clear" w:color="auto" w:fill="FFFFFF"/>
            <w:tcMar>
              <w:top w:w="130" w:type="dxa"/>
              <w:left w:w="150" w:type="dxa"/>
              <w:bottom w:w="130" w:type="dxa"/>
              <w:right w:w="150" w:type="dxa"/>
            </w:tcMar>
            <w:vAlign w:val="center"/>
          </w:tcPr>
          <w:p w14:paraId="191D2AFB" w14:textId="77777777" w:rsidR="00632820" w:rsidRPr="00D15352" w:rsidRDefault="0098018D">
            <w:pPr>
              <w:spacing w:after="80" w:line="264" w:lineRule="auto"/>
            </w:pPr>
            <w:r w:rsidRPr="00D15352">
              <w:rPr>
                <w:rFonts w:ascii="Aptos" w:hAnsi="Aptos"/>
                <w:color w:val="606C78"/>
                <w:sz w:val="20"/>
              </w:rPr>
              <w:t>[Actividades concretas que realiza el voluntariado]</w:t>
            </w:r>
          </w:p>
        </w:tc>
      </w:tr>
      <w:tr w:rsidR="00632820" w:rsidRPr="00D15352" w14:paraId="0D1A34FE" w14:textId="77777777">
        <w:trPr>
          <w:trHeight w:val="700"/>
          <w:jc w:val="center"/>
        </w:trPr>
        <w:tc>
          <w:tcPr>
            <w:tcW w:w="2608" w:type="dxa"/>
            <w:shd w:val="clear" w:color="auto" w:fill="DCEEF5"/>
            <w:tcMar>
              <w:top w:w="130" w:type="dxa"/>
              <w:left w:w="150" w:type="dxa"/>
              <w:bottom w:w="130" w:type="dxa"/>
              <w:right w:w="150" w:type="dxa"/>
            </w:tcMar>
            <w:vAlign w:val="center"/>
          </w:tcPr>
          <w:p w14:paraId="0517A63D" w14:textId="77777777" w:rsidR="00632820" w:rsidRPr="00D15352" w:rsidRDefault="0098018D">
            <w:pPr>
              <w:spacing w:after="80" w:line="264" w:lineRule="auto"/>
            </w:pPr>
            <w:r w:rsidRPr="00D15352">
              <w:rPr>
                <w:rFonts w:ascii="Aptos" w:hAnsi="Aptos"/>
                <w:color w:val="0E3D73"/>
                <w:sz w:val="20"/>
              </w:rPr>
              <w:t>Calendario / periodicidad</w:t>
            </w:r>
          </w:p>
        </w:tc>
        <w:tc>
          <w:tcPr>
            <w:tcW w:w="6463" w:type="dxa"/>
            <w:shd w:val="clear" w:color="auto" w:fill="FFFFFF"/>
            <w:tcMar>
              <w:top w:w="130" w:type="dxa"/>
              <w:left w:w="150" w:type="dxa"/>
              <w:bottom w:w="130" w:type="dxa"/>
              <w:right w:w="150" w:type="dxa"/>
            </w:tcMar>
            <w:vAlign w:val="center"/>
          </w:tcPr>
          <w:p w14:paraId="067711AE" w14:textId="77777777" w:rsidR="00632820" w:rsidRPr="00D15352" w:rsidRDefault="0098018D">
            <w:pPr>
              <w:spacing w:after="80" w:line="264" w:lineRule="auto"/>
            </w:pPr>
            <w:r w:rsidRPr="00D15352">
              <w:rPr>
                <w:rFonts w:ascii="Aptos" w:hAnsi="Aptos"/>
                <w:color w:val="606C78"/>
                <w:sz w:val="20"/>
              </w:rPr>
              <w:t>[Frecuencia, horarios o duración]</w:t>
            </w:r>
          </w:p>
        </w:tc>
      </w:tr>
      <w:tr w:rsidR="00632820" w:rsidRPr="00D15352" w14:paraId="0AEBC10D" w14:textId="77777777">
        <w:trPr>
          <w:trHeight w:val="520"/>
          <w:jc w:val="center"/>
        </w:trPr>
        <w:tc>
          <w:tcPr>
            <w:tcW w:w="2608" w:type="dxa"/>
            <w:shd w:val="clear" w:color="auto" w:fill="DCEEF5"/>
            <w:tcMar>
              <w:top w:w="130" w:type="dxa"/>
              <w:left w:w="150" w:type="dxa"/>
              <w:bottom w:w="130" w:type="dxa"/>
              <w:right w:w="150" w:type="dxa"/>
            </w:tcMar>
            <w:vAlign w:val="center"/>
          </w:tcPr>
          <w:p w14:paraId="3308E3ED" w14:textId="77777777" w:rsidR="00632820" w:rsidRPr="00D15352" w:rsidRDefault="0098018D">
            <w:pPr>
              <w:spacing w:after="80" w:line="264" w:lineRule="auto"/>
            </w:pPr>
            <w:r w:rsidRPr="00D15352">
              <w:rPr>
                <w:rFonts w:ascii="Aptos" w:hAnsi="Aptos"/>
                <w:color w:val="0E3D73"/>
                <w:sz w:val="20"/>
              </w:rPr>
              <w:t>Ámbito territorial</w:t>
            </w:r>
          </w:p>
        </w:tc>
        <w:tc>
          <w:tcPr>
            <w:tcW w:w="6463" w:type="dxa"/>
            <w:shd w:val="clear" w:color="auto" w:fill="FFFFFF"/>
            <w:tcMar>
              <w:top w:w="130" w:type="dxa"/>
              <w:left w:w="150" w:type="dxa"/>
              <w:bottom w:w="130" w:type="dxa"/>
              <w:right w:w="150" w:type="dxa"/>
            </w:tcMar>
            <w:vAlign w:val="center"/>
          </w:tcPr>
          <w:p w14:paraId="79CD39CC" w14:textId="77777777" w:rsidR="00632820" w:rsidRPr="00D15352" w:rsidRDefault="0098018D">
            <w:pPr>
              <w:spacing w:after="80" w:line="264" w:lineRule="auto"/>
            </w:pPr>
            <w:r w:rsidRPr="00D15352">
              <w:rPr>
                <w:rFonts w:ascii="Aptos" w:hAnsi="Aptos"/>
                <w:color w:val="606C78"/>
                <w:sz w:val="20"/>
              </w:rPr>
              <w:t>[Centro, municipio o ámbito territorial]</w:t>
            </w:r>
          </w:p>
        </w:tc>
      </w:tr>
    </w:tbl>
    <w:p w14:paraId="3DEEC669" w14:textId="77777777" w:rsidR="00632820" w:rsidRPr="00D15352" w:rsidRDefault="00632820"/>
    <w:p w14:paraId="3A6389EA" w14:textId="77777777" w:rsidR="00632820" w:rsidRPr="00D15352" w:rsidRDefault="0098018D">
      <w:r w:rsidRPr="00D15352">
        <w:rPr>
          <w:rFonts w:ascii="Aptos Display" w:hAnsi="Aptos Display"/>
          <w:b/>
          <w:color w:val="0E3D73"/>
          <w:sz w:val="25"/>
        </w:rPr>
        <w:t>Observaciones o aspectos complementarios</w:t>
      </w:r>
    </w:p>
    <w:p w14:paraId="2D548549" w14:textId="77777777" w:rsidR="00632820" w:rsidRPr="00D15352" w:rsidRDefault="0098018D">
      <w:r w:rsidRPr="00D15352">
        <w:rPr>
          <w:rFonts w:ascii="Aptos" w:hAnsi="Aptos"/>
          <w:color w:val="606C78"/>
          <w:sz w:val="21"/>
        </w:rPr>
        <w:t>[Introducir tantas fichas como programas existan en el plan]</w:t>
      </w:r>
    </w:p>
    <w:p w14:paraId="5549AC56" w14:textId="77777777" w:rsidR="00106454" w:rsidRPr="00D15352" w:rsidRDefault="00106454">
      <w:r w:rsidRPr="00D15352">
        <w:br w:type="page"/>
      </w:r>
    </w:p>
    <w:tbl>
      <w:tblPr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418"/>
        <w:gridCol w:w="8782"/>
      </w:tblGrid>
      <w:tr w:rsidR="00632820" w:rsidRPr="00D15352" w14:paraId="5717CB03" w14:textId="77777777" w:rsidTr="00106454">
        <w:trPr>
          <w:jc w:val="center"/>
        </w:trPr>
        <w:tc>
          <w:tcPr>
            <w:tcW w:w="1418" w:type="dxa"/>
            <w:shd w:val="clear" w:color="auto" w:fill="0E3D73"/>
            <w:tcMar>
              <w:top w:w="90" w:type="dxa"/>
              <w:left w:w="120" w:type="dxa"/>
              <w:bottom w:w="90" w:type="dxa"/>
              <w:right w:w="120" w:type="dxa"/>
            </w:tcMar>
            <w:vAlign w:val="center"/>
          </w:tcPr>
          <w:p w14:paraId="3656B9AB" w14:textId="0DE6409E" w:rsidR="00632820" w:rsidRPr="00D15352" w:rsidRDefault="0098018D">
            <w:pPr>
              <w:jc w:val="center"/>
            </w:pPr>
            <w:r w:rsidRPr="00D15352">
              <w:lastRenderedPageBreak/>
              <w:drawing>
                <wp:inline distT="0" distB="0" distL="0" distR="0" wp14:anchorId="024CD6BA" wp14:editId="375BA705">
                  <wp:extent cx="486000" cy="486000"/>
                  <wp:effectExtent l="0" t="0" r="9525" b="952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enerated_image_20260625074727_4.pn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000" cy="4860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2" w:type="dxa"/>
            <w:shd w:val="clear" w:color="auto" w:fill="EAF5F9"/>
            <w:tcMar>
              <w:top w:w="90" w:type="dxa"/>
              <w:left w:w="120" w:type="dxa"/>
              <w:bottom w:w="90" w:type="dxa"/>
              <w:right w:w="120" w:type="dxa"/>
            </w:tcMar>
            <w:vAlign w:val="center"/>
          </w:tcPr>
          <w:p w14:paraId="2E7C6D62" w14:textId="77777777" w:rsidR="00632820" w:rsidRPr="00D15352" w:rsidRDefault="0098018D">
            <w:r w:rsidRPr="00D15352">
              <w:rPr>
                <w:rFonts w:ascii="Aptos Display" w:hAnsi="Aptos Display"/>
                <w:b/>
                <w:color w:val="0E3D73"/>
                <w:sz w:val="27"/>
              </w:rPr>
              <w:t>4. Personas voluntarias</w:t>
            </w:r>
          </w:p>
          <w:p w14:paraId="76FC4E11" w14:textId="1ABADE13" w:rsidR="00632820" w:rsidRPr="00D15352" w:rsidRDefault="0098018D">
            <w:pPr>
              <w:spacing w:before="40" w:after="0"/>
            </w:pPr>
            <w:r w:rsidRPr="00D15352">
              <w:rPr>
                <w:rFonts w:ascii="Aptos" w:hAnsi="Aptos"/>
                <w:color w:val="606C78"/>
                <w:sz w:val="18"/>
              </w:rPr>
              <w:t xml:space="preserve">Perfiles, requisitos, funciones y </w:t>
            </w:r>
            <w:r w:rsidR="00106454" w:rsidRPr="00D15352">
              <w:rPr>
                <w:rFonts w:ascii="Aptos" w:hAnsi="Aptos"/>
                <w:color w:val="606C78"/>
                <w:sz w:val="18"/>
              </w:rPr>
              <w:t>estimación</w:t>
            </w:r>
            <w:r w:rsidRPr="00D15352">
              <w:rPr>
                <w:rFonts w:ascii="Aptos" w:hAnsi="Aptos"/>
                <w:color w:val="606C78"/>
                <w:sz w:val="18"/>
              </w:rPr>
              <w:t xml:space="preserve"> por </w:t>
            </w:r>
            <w:r w:rsidR="00106454" w:rsidRPr="00D15352">
              <w:rPr>
                <w:rFonts w:ascii="Aptos" w:hAnsi="Aptos"/>
                <w:color w:val="606C78"/>
                <w:sz w:val="18"/>
              </w:rPr>
              <w:t>área</w:t>
            </w:r>
            <w:r w:rsidRPr="00D15352">
              <w:rPr>
                <w:rFonts w:ascii="Aptos" w:hAnsi="Aptos"/>
                <w:color w:val="606C78"/>
                <w:sz w:val="18"/>
              </w:rPr>
              <w:t>.</w:t>
            </w:r>
          </w:p>
        </w:tc>
      </w:tr>
    </w:tbl>
    <w:p w14:paraId="45FB0818" w14:textId="77777777" w:rsidR="00632820" w:rsidRPr="00D15352" w:rsidRDefault="00632820"/>
    <w:p w14:paraId="34BE58EE" w14:textId="77777777" w:rsidR="00632820" w:rsidRPr="00D15352" w:rsidRDefault="0098018D">
      <w:pPr>
        <w:spacing w:before="80" w:after="120"/>
      </w:pPr>
      <w:r w:rsidRPr="00D15352">
        <w:rPr>
          <w:rFonts w:ascii="Aptos Display" w:hAnsi="Aptos Display"/>
          <w:b/>
          <w:color w:val="0E3D73"/>
          <w:sz w:val="25"/>
        </w:rPr>
        <w:t>Perfil voluntario 1</w:t>
      </w:r>
    </w:p>
    <w:tbl>
      <w:tblPr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2608"/>
        <w:gridCol w:w="6463"/>
      </w:tblGrid>
      <w:tr w:rsidR="00632820" w:rsidRPr="00D15352" w14:paraId="14F8F474" w14:textId="77777777">
        <w:trPr>
          <w:trHeight w:val="420"/>
          <w:jc w:val="center"/>
        </w:trPr>
        <w:tc>
          <w:tcPr>
            <w:tcW w:w="2608" w:type="dxa"/>
            <w:shd w:val="clear" w:color="auto" w:fill="DCEEF5"/>
            <w:tcMar>
              <w:top w:w="130" w:type="dxa"/>
              <w:left w:w="150" w:type="dxa"/>
              <w:bottom w:w="130" w:type="dxa"/>
              <w:right w:w="150" w:type="dxa"/>
            </w:tcMar>
            <w:vAlign w:val="center"/>
          </w:tcPr>
          <w:p w14:paraId="4FBFA76B" w14:textId="77777777" w:rsidR="00632820" w:rsidRPr="00D15352" w:rsidRDefault="0098018D">
            <w:pPr>
              <w:spacing w:after="80" w:line="264" w:lineRule="auto"/>
            </w:pPr>
            <w:r w:rsidRPr="00D15352">
              <w:rPr>
                <w:rFonts w:ascii="Aptos" w:hAnsi="Aptos"/>
                <w:color w:val="0E3D73"/>
                <w:sz w:val="20"/>
              </w:rPr>
              <w:t>Programa / área 1</w:t>
            </w:r>
          </w:p>
        </w:tc>
        <w:tc>
          <w:tcPr>
            <w:tcW w:w="6463" w:type="dxa"/>
            <w:shd w:val="clear" w:color="auto" w:fill="FFFFFF"/>
            <w:tcMar>
              <w:top w:w="130" w:type="dxa"/>
              <w:left w:w="150" w:type="dxa"/>
              <w:bottom w:w="130" w:type="dxa"/>
              <w:right w:w="150" w:type="dxa"/>
            </w:tcMar>
            <w:vAlign w:val="center"/>
          </w:tcPr>
          <w:p w14:paraId="34FA5872" w14:textId="77777777" w:rsidR="00632820" w:rsidRPr="00D15352" w:rsidRDefault="0098018D">
            <w:pPr>
              <w:spacing w:after="80" w:line="264" w:lineRule="auto"/>
            </w:pPr>
            <w:r w:rsidRPr="00D15352">
              <w:rPr>
                <w:rFonts w:ascii="Aptos" w:hAnsi="Aptos"/>
                <w:color w:val="606C78"/>
                <w:sz w:val="20"/>
              </w:rPr>
              <w:t>[Programa o área de actividad]</w:t>
            </w:r>
          </w:p>
        </w:tc>
      </w:tr>
      <w:tr w:rsidR="00632820" w:rsidRPr="00D15352" w14:paraId="3C0612B2" w14:textId="77777777">
        <w:trPr>
          <w:trHeight w:val="520"/>
          <w:jc w:val="center"/>
        </w:trPr>
        <w:tc>
          <w:tcPr>
            <w:tcW w:w="2608" w:type="dxa"/>
            <w:shd w:val="clear" w:color="auto" w:fill="DCEEF5"/>
            <w:tcMar>
              <w:top w:w="130" w:type="dxa"/>
              <w:left w:w="150" w:type="dxa"/>
              <w:bottom w:w="130" w:type="dxa"/>
              <w:right w:w="150" w:type="dxa"/>
            </w:tcMar>
            <w:vAlign w:val="center"/>
          </w:tcPr>
          <w:p w14:paraId="5990D0FD" w14:textId="77777777" w:rsidR="00632820" w:rsidRPr="00D15352" w:rsidRDefault="0098018D">
            <w:pPr>
              <w:spacing w:after="80" w:line="264" w:lineRule="auto"/>
            </w:pPr>
            <w:r w:rsidRPr="00D15352">
              <w:rPr>
                <w:rFonts w:ascii="Aptos" w:hAnsi="Aptos"/>
                <w:color w:val="0E3D73"/>
                <w:sz w:val="20"/>
              </w:rPr>
              <w:t>Perfil de la persona voluntaria</w:t>
            </w:r>
          </w:p>
        </w:tc>
        <w:tc>
          <w:tcPr>
            <w:tcW w:w="6463" w:type="dxa"/>
            <w:shd w:val="clear" w:color="auto" w:fill="FFFFFF"/>
            <w:tcMar>
              <w:top w:w="130" w:type="dxa"/>
              <w:left w:w="150" w:type="dxa"/>
              <w:bottom w:w="130" w:type="dxa"/>
              <w:right w:w="150" w:type="dxa"/>
            </w:tcMar>
            <w:vAlign w:val="center"/>
          </w:tcPr>
          <w:p w14:paraId="42F26544" w14:textId="77777777" w:rsidR="00632820" w:rsidRPr="00D15352" w:rsidRDefault="0098018D">
            <w:pPr>
              <w:spacing w:after="80" w:line="264" w:lineRule="auto"/>
            </w:pPr>
            <w:r w:rsidRPr="00D15352">
              <w:rPr>
                <w:rFonts w:ascii="Aptos" w:hAnsi="Aptos"/>
                <w:color w:val="606C78"/>
                <w:sz w:val="20"/>
              </w:rPr>
              <w:t>[Perfil o rol voluntario]</w:t>
            </w:r>
          </w:p>
        </w:tc>
      </w:tr>
      <w:tr w:rsidR="00632820" w:rsidRPr="00D15352" w14:paraId="5230134E" w14:textId="77777777">
        <w:trPr>
          <w:trHeight w:val="700"/>
          <w:jc w:val="center"/>
        </w:trPr>
        <w:tc>
          <w:tcPr>
            <w:tcW w:w="2608" w:type="dxa"/>
            <w:shd w:val="clear" w:color="auto" w:fill="DCEEF5"/>
            <w:tcMar>
              <w:top w:w="130" w:type="dxa"/>
              <w:left w:w="150" w:type="dxa"/>
              <w:bottom w:w="130" w:type="dxa"/>
              <w:right w:w="150" w:type="dxa"/>
            </w:tcMar>
            <w:vAlign w:val="center"/>
          </w:tcPr>
          <w:p w14:paraId="08DD3D50" w14:textId="77777777" w:rsidR="00632820" w:rsidRPr="00D15352" w:rsidRDefault="0098018D">
            <w:pPr>
              <w:spacing w:after="80" w:line="264" w:lineRule="auto"/>
            </w:pPr>
            <w:r w:rsidRPr="00D15352">
              <w:rPr>
                <w:rFonts w:ascii="Aptos" w:hAnsi="Aptos"/>
                <w:color w:val="0E3D73"/>
                <w:sz w:val="20"/>
              </w:rPr>
              <w:t>Titulación / requisitos / competencias</w:t>
            </w:r>
          </w:p>
        </w:tc>
        <w:tc>
          <w:tcPr>
            <w:tcW w:w="6463" w:type="dxa"/>
            <w:shd w:val="clear" w:color="auto" w:fill="FFFFFF"/>
            <w:tcMar>
              <w:top w:w="130" w:type="dxa"/>
              <w:left w:w="150" w:type="dxa"/>
              <w:bottom w:w="130" w:type="dxa"/>
              <w:right w:w="150" w:type="dxa"/>
            </w:tcMar>
            <w:vAlign w:val="center"/>
          </w:tcPr>
          <w:p w14:paraId="43924D5F" w14:textId="77777777" w:rsidR="00632820" w:rsidRPr="00D15352" w:rsidRDefault="0098018D">
            <w:pPr>
              <w:spacing w:after="80" w:line="264" w:lineRule="auto"/>
            </w:pPr>
            <w:r w:rsidRPr="00D15352">
              <w:rPr>
                <w:rFonts w:ascii="Aptos" w:hAnsi="Aptos"/>
                <w:color w:val="606C78"/>
                <w:sz w:val="20"/>
              </w:rPr>
              <w:t>[Titulación, experiencia, certificados o habilidades]</w:t>
            </w:r>
          </w:p>
        </w:tc>
      </w:tr>
      <w:tr w:rsidR="00632820" w:rsidRPr="00D15352" w14:paraId="77C856CC" w14:textId="77777777">
        <w:trPr>
          <w:trHeight w:val="760"/>
          <w:jc w:val="center"/>
        </w:trPr>
        <w:tc>
          <w:tcPr>
            <w:tcW w:w="2608" w:type="dxa"/>
            <w:shd w:val="clear" w:color="auto" w:fill="DCEEF5"/>
            <w:tcMar>
              <w:top w:w="130" w:type="dxa"/>
              <w:left w:w="150" w:type="dxa"/>
              <w:bottom w:w="130" w:type="dxa"/>
              <w:right w:w="150" w:type="dxa"/>
            </w:tcMar>
            <w:vAlign w:val="center"/>
          </w:tcPr>
          <w:p w14:paraId="465AFC1D" w14:textId="77777777" w:rsidR="00632820" w:rsidRPr="00D15352" w:rsidRDefault="0098018D">
            <w:pPr>
              <w:spacing w:after="80" w:line="264" w:lineRule="auto"/>
            </w:pPr>
            <w:r w:rsidRPr="00D15352">
              <w:rPr>
                <w:rFonts w:ascii="Aptos" w:hAnsi="Aptos"/>
                <w:color w:val="0E3D73"/>
                <w:sz w:val="20"/>
              </w:rPr>
              <w:t>Funciones asignadas</w:t>
            </w:r>
          </w:p>
        </w:tc>
        <w:tc>
          <w:tcPr>
            <w:tcW w:w="6463" w:type="dxa"/>
            <w:shd w:val="clear" w:color="auto" w:fill="FFFFFF"/>
            <w:tcMar>
              <w:top w:w="130" w:type="dxa"/>
              <w:left w:w="150" w:type="dxa"/>
              <w:bottom w:w="130" w:type="dxa"/>
              <w:right w:w="150" w:type="dxa"/>
            </w:tcMar>
            <w:vAlign w:val="center"/>
          </w:tcPr>
          <w:p w14:paraId="3DFFF6DD" w14:textId="77777777" w:rsidR="00632820" w:rsidRPr="00D15352" w:rsidRDefault="0098018D">
            <w:pPr>
              <w:spacing w:after="80" w:line="264" w:lineRule="auto"/>
            </w:pPr>
            <w:r w:rsidRPr="00D15352">
              <w:rPr>
                <w:rFonts w:ascii="Aptos" w:hAnsi="Aptos"/>
                <w:color w:val="606C78"/>
                <w:sz w:val="20"/>
              </w:rPr>
              <w:t>[Funciones concretas]</w:t>
            </w:r>
          </w:p>
        </w:tc>
      </w:tr>
      <w:tr w:rsidR="00632820" w:rsidRPr="00D15352" w14:paraId="7F065D10" w14:textId="77777777">
        <w:trPr>
          <w:trHeight w:val="420"/>
          <w:jc w:val="center"/>
        </w:trPr>
        <w:tc>
          <w:tcPr>
            <w:tcW w:w="2608" w:type="dxa"/>
            <w:shd w:val="clear" w:color="auto" w:fill="DCEEF5"/>
            <w:tcMar>
              <w:top w:w="130" w:type="dxa"/>
              <w:left w:w="150" w:type="dxa"/>
              <w:bottom w:w="130" w:type="dxa"/>
              <w:right w:w="150" w:type="dxa"/>
            </w:tcMar>
            <w:vAlign w:val="center"/>
          </w:tcPr>
          <w:p w14:paraId="6DC189F4" w14:textId="77777777" w:rsidR="00632820" w:rsidRPr="00D15352" w:rsidRDefault="0098018D">
            <w:pPr>
              <w:spacing w:after="80" w:line="264" w:lineRule="auto"/>
            </w:pPr>
            <w:r w:rsidRPr="00D15352">
              <w:rPr>
                <w:rFonts w:ascii="Aptos" w:hAnsi="Aptos"/>
                <w:color w:val="0E3D73"/>
                <w:sz w:val="20"/>
              </w:rPr>
              <w:t>N.º estimado de personas voluntarias</w:t>
            </w:r>
          </w:p>
        </w:tc>
        <w:tc>
          <w:tcPr>
            <w:tcW w:w="6463" w:type="dxa"/>
            <w:shd w:val="clear" w:color="auto" w:fill="FFFFFF"/>
            <w:tcMar>
              <w:top w:w="130" w:type="dxa"/>
              <w:left w:w="150" w:type="dxa"/>
              <w:bottom w:w="130" w:type="dxa"/>
              <w:right w:w="150" w:type="dxa"/>
            </w:tcMar>
            <w:vAlign w:val="center"/>
          </w:tcPr>
          <w:p w14:paraId="28615AA8" w14:textId="551C1FBC" w:rsidR="00632820" w:rsidRPr="00D15352" w:rsidRDefault="0098018D">
            <w:pPr>
              <w:spacing w:after="80" w:line="264" w:lineRule="auto"/>
            </w:pPr>
            <w:r w:rsidRPr="00D15352">
              <w:rPr>
                <w:rFonts w:ascii="Aptos" w:hAnsi="Aptos"/>
                <w:color w:val="606C78"/>
                <w:sz w:val="20"/>
              </w:rPr>
              <w:t>[</w:t>
            </w:r>
            <w:proofErr w:type="spellStart"/>
            <w:r w:rsidR="00106454" w:rsidRPr="00D15352">
              <w:rPr>
                <w:rFonts w:ascii="Aptos" w:hAnsi="Aptos"/>
                <w:color w:val="606C78"/>
                <w:sz w:val="20"/>
              </w:rPr>
              <w:t>Nº</w:t>
            </w:r>
            <w:proofErr w:type="spellEnd"/>
            <w:r w:rsidR="00106454" w:rsidRPr="00D15352">
              <w:rPr>
                <w:rFonts w:ascii="Aptos" w:hAnsi="Aptos"/>
                <w:color w:val="606C78"/>
                <w:sz w:val="20"/>
              </w:rPr>
              <w:t xml:space="preserve"> </w:t>
            </w:r>
            <w:r w:rsidRPr="00D15352">
              <w:rPr>
                <w:rFonts w:ascii="Aptos" w:hAnsi="Aptos"/>
                <w:color w:val="606C78"/>
                <w:sz w:val="20"/>
              </w:rPr>
              <w:t>previsto]</w:t>
            </w:r>
          </w:p>
        </w:tc>
      </w:tr>
    </w:tbl>
    <w:p w14:paraId="049F31CB" w14:textId="77777777" w:rsidR="00632820" w:rsidRPr="00D15352" w:rsidRDefault="00632820"/>
    <w:p w14:paraId="5B8FA127" w14:textId="77777777" w:rsidR="00632820" w:rsidRPr="00D15352" w:rsidRDefault="0098018D">
      <w:pPr>
        <w:spacing w:before="80" w:after="120"/>
      </w:pPr>
      <w:r w:rsidRPr="00D15352">
        <w:rPr>
          <w:rFonts w:ascii="Aptos Display" w:hAnsi="Aptos Display"/>
          <w:b/>
          <w:color w:val="0E3D73"/>
          <w:sz w:val="25"/>
        </w:rPr>
        <w:t>Perfil voluntario 2</w:t>
      </w:r>
    </w:p>
    <w:tbl>
      <w:tblPr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2608"/>
        <w:gridCol w:w="6463"/>
      </w:tblGrid>
      <w:tr w:rsidR="00632820" w:rsidRPr="00D15352" w14:paraId="4A0D167C" w14:textId="77777777">
        <w:trPr>
          <w:trHeight w:val="420"/>
          <w:jc w:val="center"/>
        </w:trPr>
        <w:tc>
          <w:tcPr>
            <w:tcW w:w="2608" w:type="dxa"/>
            <w:shd w:val="clear" w:color="auto" w:fill="DCEEF5"/>
            <w:tcMar>
              <w:top w:w="130" w:type="dxa"/>
              <w:left w:w="150" w:type="dxa"/>
              <w:bottom w:w="130" w:type="dxa"/>
              <w:right w:w="150" w:type="dxa"/>
            </w:tcMar>
            <w:vAlign w:val="center"/>
          </w:tcPr>
          <w:p w14:paraId="1C588A81" w14:textId="77777777" w:rsidR="00632820" w:rsidRPr="00D15352" w:rsidRDefault="0098018D">
            <w:pPr>
              <w:spacing w:after="80" w:line="264" w:lineRule="auto"/>
            </w:pPr>
            <w:r w:rsidRPr="00D15352">
              <w:rPr>
                <w:rFonts w:ascii="Aptos" w:hAnsi="Aptos"/>
                <w:color w:val="0E3D73"/>
                <w:sz w:val="20"/>
              </w:rPr>
              <w:t>Programa / área 2</w:t>
            </w:r>
          </w:p>
        </w:tc>
        <w:tc>
          <w:tcPr>
            <w:tcW w:w="6463" w:type="dxa"/>
            <w:shd w:val="clear" w:color="auto" w:fill="FFFFFF"/>
            <w:tcMar>
              <w:top w:w="130" w:type="dxa"/>
              <w:left w:w="150" w:type="dxa"/>
              <w:bottom w:w="130" w:type="dxa"/>
              <w:right w:w="150" w:type="dxa"/>
            </w:tcMar>
            <w:vAlign w:val="center"/>
          </w:tcPr>
          <w:p w14:paraId="44E50D2C" w14:textId="77777777" w:rsidR="00632820" w:rsidRPr="00D15352" w:rsidRDefault="0098018D">
            <w:pPr>
              <w:spacing w:after="80" w:line="264" w:lineRule="auto"/>
            </w:pPr>
            <w:r w:rsidRPr="00D15352">
              <w:rPr>
                <w:rFonts w:ascii="Aptos" w:hAnsi="Aptos"/>
                <w:color w:val="606C78"/>
                <w:sz w:val="20"/>
              </w:rPr>
              <w:t>[Programa o área de actividad]</w:t>
            </w:r>
          </w:p>
        </w:tc>
      </w:tr>
      <w:tr w:rsidR="00632820" w:rsidRPr="00D15352" w14:paraId="393A77EE" w14:textId="77777777">
        <w:trPr>
          <w:trHeight w:val="520"/>
          <w:jc w:val="center"/>
        </w:trPr>
        <w:tc>
          <w:tcPr>
            <w:tcW w:w="2608" w:type="dxa"/>
            <w:shd w:val="clear" w:color="auto" w:fill="DCEEF5"/>
            <w:tcMar>
              <w:top w:w="130" w:type="dxa"/>
              <w:left w:w="150" w:type="dxa"/>
              <w:bottom w:w="130" w:type="dxa"/>
              <w:right w:w="150" w:type="dxa"/>
            </w:tcMar>
            <w:vAlign w:val="center"/>
          </w:tcPr>
          <w:p w14:paraId="561CC0CC" w14:textId="77777777" w:rsidR="00632820" w:rsidRPr="00D15352" w:rsidRDefault="0098018D">
            <w:pPr>
              <w:spacing w:after="80" w:line="264" w:lineRule="auto"/>
            </w:pPr>
            <w:r w:rsidRPr="00D15352">
              <w:rPr>
                <w:rFonts w:ascii="Aptos" w:hAnsi="Aptos"/>
                <w:color w:val="0E3D73"/>
                <w:sz w:val="20"/>
              </w:rPr>
              <w:t>Perfil de la persona voluntaria</w:t>
            </w:r>
          </w:p>
        </w:tc>
        <w:tc>
          <w:tcPr>
            <w:tcW w:w="6463" w:type="dxa"/>
            <w:shd w:val="clear" w:color="auto" w:fill="FFFFFF"/>
            <w:tcMar>
              <w:top w:w="130" w:type="dxa"/>
              <w:left w:w="150" w:type="dxa"/>
              <w:bottom w:w="130" w:type="dxa"/>
              <w:right w:w="150" w:type="dxa"/>
            </w:tcMar>
            <w:vAlign w:val="center"/>
          </w:tcPr>
          <w:p w14:paraId="1839CA8F" w14:textId="77777777" w:rsidR="00632820" w:rsidRPr="00D15352" w:rsidRDefault="0098018D">
            <w:pPr>
              <w:spacing w:after="80" w:line="264" w:lineRule="auto"/>
            </w:pPr>
            <w:r w:rsidRPr="00D15352">
              <w:rPr>
                <w:rFonts w:ascii="Aptos" w:hAnsi="Aptos"/>
                <w:color w:val="606C78"/>
                <w:sz w:val="20"/>
              </w:rPr>
              <w:t>[Perfil o rol voluntario]</w:t>
            </w:r>
          </w:p>
        </w:tc>
      </w:tr>
      <w:tr w:rsidR="00632820" w:rsidRPr="00D15352" w14:paraId="10B46D7D" w14:textId="77777777">
        <w:trPr>
          <w:trHeight w:val="700"/>
          <w:jc w:val="center"/>
        </w:trPr>
        <w:tc>
          <w:tcPr>
            <w:tcW w:w="2608" w:type="dxa"/>
            <w:shd w:val="clear" w:color="auto" w:fill="DCEEF5"/>
            <w:tcMar>
              <w:top w:w="130" w:type="dxa"/>
              <w:left w:w="150" w:type="dxa"/>
              <w:bottom w:w="130" w:type="dxa"/>
              <w:right w:w="150" w:type="dxa"/>
            </w:tcMar>
            <w:vAlign w:val="center"/>
          </w:tcPr>
          <w:p w14:paraId="723C3B93" w14:textId="77777777" w:rsidR="00632820" w:rsidRPr="00D15352" w:rsidRDefault="0098018D">
            <w:pPr>
              <w:spacing w:after="80" w:line="264" w:lineRule="auto"/>
            </w:pPr>
            <w:r w:rsidRPr="00D15352">
              <w:rPr>
                <w:rFonts w:ascii="Aptos" w:hAnsi="Aptos"/>
                <w:color w:val="0E3D73"/>
                <w:sz w:val="20"/>
              </w:rPr>
              <w:t>Titulación / requisitos / competencias</w:t>
            </w:r>
          </w:p>
        </w:tc>
        <w:tc>
          <w:tcPr>
            <w:tcW w:w="6463" w:type="dxa"/>
            <w:shd w:val="clear" w:color="auto" w:fill="FFFFFF"/>
            <w:tcMar>
              <w:top w:w="130" w:type="dxa"/>
              <w:left w:w="150" w:type="dxa"/>
              <w:bottom w:w="130" w:type="dxa"/>
              <w:right w:w="150" w:type="dxa"/>
            </w:tcMar>
            <w:vAlign w:val="center"/>
          </w:tcPr>
          <w:p w14:paraId="10262FC5" w14:textId="77777777" w:rsidR="00632820" w:rsidRPr="00D15352" w:rsidRDefault="0098018D">
            <w:pPr>
              <w:spacing w:after="80" w:line="264" w:lineRule="auto"/>
            </w:pPr>
            <w:r w:rsidRPr="00D15352">
              <w:rPr>
                <w:rFonts w:ascii="Aptos" w:hAnsi="Aptos"/>
                <w:color w:val="606C78"/>
                <w:sz w:val="20"/>
              </w:rPr>
              <w:t>[Titulación, experiencia, certificados o habilidades]</w:t>
            </w:r>
          </w:p>
        </w:tc>
      </w:tr>
      <w:tr w:rsidR="00632820" w:rsidRPr="00D15352" w14:paraId="7F451143" w14:textId="77777777">
        <w:trPr>
          <w:trHeight w:val="760"/>
          <w:jc w:val="center"/>
        </w:trPr>
        <w:tc>
          <w:tcPr>
            <w:tcW w:w="2608" w:type="dxa"/>
            <w:shd w:val="clear" w:color="auto" w:fill="DCEEF5"/>
            <w:tcMar>
              <w:top w:w="130" w:type="dxa"/>
              <w:left w:w="150" w:type="dxa"/>
              <w:bottom w:w="130" w:type="dxa"/>
              <w:right w:w="150" w:type="dxa"/>
            </w:tcMar>
            <w:vAlign w:val="center"/>
          </w:tcPr>
          <w:p w14:paraId="1A6484D9" w14:textId="77777777" w:rsidR="00632820" w:rsidRPr="00D15352" w:rsidRDefault="0098018D">
            <w:pPr>
              <w:spacing w:after="80" w:line="264" w:lineRule="auto"/>
            </w:pPr>
            <w:r w:rsidRPr="00D15352">
              <w:rPr>
                <w:rFonts w:ascii="Aptos" w:hAnsi="Aptos"/>
                <w:color w:val="0E3D73"/>
                <w:sz w:val="20"/>
              </w:rPr>
              <w:t>Funciones asignadas</w:t>
            </w:r>
          </w:p>
        </w:tc>
        <w:tc>
          <w:tcPr>
            <w:tcW w:w="6463" w:type="dxa"/>
            <w:shd w:val="clear" w:color="auto" w:fill="FFFFFF"/>
            <w:tcMar>
              <w:top w:w="130" w:type="dxa"/>
              <w:left w:w="150" w:type="dxa"/>
              <w:bottom w:w="130" w:type="dxa"/>
              <w:right w:w="150" w:type="dxa"/>
            </w:tcMar>
            <w:vAlign w:val="center"/>
          </w:tcPr>
          <w:p w14:paraId="78D45BE4" w14:textId="77777777" w:rsidR="00632820" w:rsidRPr="00D15352" w:rsidRDefault="0098018D">
            <w:pPr>
              <w:spacing w:after="80" w:line="264" w:lineRule="auto"/>
            </w:pPr>
            <w:r w:rsidRPr="00D15352">
              <w:rPr>
                <w:rFonts w:ascii="Aptos" w:hAnsi="Aptos"/>
                <w:color w:val="606C78"/>
                <w:sz w:val="20"/>
              </w:rPr>
              <w:t>[Funciones concretas]</w:t>
            </w:r>
          </w:p>
        </w:tc>
      </w:tr>
      <w:tr w:rsidR="00632820" w:rsidRPr="00D15352" w14:paraId="706A7ADD" w14:textId="77777777">
        <w:trPr>
          <w:trHeight w:val="420"/>
          <w:jc w:val="center"/>
        </w:trPr>
        <w:tc>
          <w:tcPr>
            <w:tcW w:w="2608" w:type="dxa"/>
            <w:shd w:val="clear" w:color="auto" w:fill="DCEEF5"/>
            <w:tcMar>
              <w:top w:w="130" w:type="dxa"/>
              <w:left w:w="150" w:type="dxa"/>
              <w:bottom w:w="130" w:type="dxa"/>
              <w:right w:w="150" w:type="dxa"/>
            </w:tcMar>
            <w:vAlign w:val="center"/>
          </w:tcPr>
          <w:p w14:paraId="5B25C690" w14:textId="77777777" w:rsidR="00632820" w:rsidRPr="00D15352" w:rsidRDefault="0098018D">
            <w:pPr>
              <w:spacing w:after="80" w:line="264" w:lineRule="auto"/>
            </w:pPr>
            <w:r w:rsidRPr="00D15352">
              <w:rPr>
                <w:rFonts w:ascii="Aptos" w:hAnsi="Aptos"/>
                <w:color w:val="0E3D73"/>
                <w:sz w:val="20"/>
              </w:rPr>
              <w:t>N.º estimado de personas voluntarias</w:t>
            </w:r>
          </w:p>
        </w:tc>
        <w:tc>
          <w:tcPr>
            <w:tcW w:w="6463" w:type="dxa"/>
            <w:shd w:val="clear" w:color="auto" w:fill="FFFFFF"/>
            <w:tcMar>
              <w:top w:w="130" w:type="dxa"/>
              <w:left w:w="150" w:type="dxa"/>
              <w:bottom w:w="130" w:type="dxa"/>
              <w:right w:w="150" w:type="dxa"/>
            </w:tcMar>
            <w:vAlign w:val="center"/>
          </w:tcPr>
          <w:p w14:paraId="0AD91903" w14:textId="779E8604" w:rsidR="00632820" w:rsidRPr="00D15352" w:rsidRDefault="0098018D">
            <w:pPr>
              <w:spacing w:after="80" w:line="264" w:lineRule="auto"/>
            </w:pPr>
            <w:r w:rsidRPr="00D15352">
              <w:rPr>
                <w:rFonts w:ascii="Aptos" w:hAnsi="Aptos"/>
                <w:color w:val="606C78"/>
                <w:sz w:val="20"/>
              </w:rPr>
              <w:t>[</w:t>
            </w:r>
            <w:proofErr w:type="spellStart"/>
            <w:r w:rsidRPr="00D15352">
              <w:rPr>
                <w:rFonts w:ascii="Aptos" w:hAnsi="Aptos"/>
                <w:color w:val="606C78"/>
                <w:sz w:val="20"/>
              </w:rPr>
              <w:t>N</w:t>
            </w:r>
            <w:r w:rsidR="00106454" w:rsidRPr="00D15352">
              <w:rPr>
                <w:rFonts w:ascii="Aptos" w:hAnsi="Aptos"/>
                <w:color w:val="606C78"/>
                <w:sz w:val="20"/>
              </w:rPr>
              <w:t>º</w:t>
            </w:r>
            <w:proofErr w:type="spellEnd"/>
            <w:r w:rsidRPr="00D15352">
              <w:rPr>
                <w:rFonts w:ascii="Aptos" w:hAnsi="Aptos"/>
                <w:color w:val="606C78"/>
                <w:sz w:val="20"/>
              </w:rPr>
              <w:t xml:space="preserve"> previsto]</w:t>
            </w:r>
          </w:p>
        </w:tc>
      </w:tr>
    </w:tbl>
    <w:p w14:paraId="53128261" w14:textId="77777777" w:rsidR="00632820" w:rsidRPr="00D15352" w:rsidRDefault="00632820"/>
    <w:p w14:paraId="08E904A9" w14:textId="77777777" w:rsidR="00942988" w:rsidRPr="00D15352" w:rsidRDefault="00942988">
      <w:pPr>
        <w:spacing w:before="80" w:after="120"/>
        <w:rPr>
          <w:rFonts w:ascii="Aptos Display" w:hAnsi="Aptos Display"/>
          <w:b/>
          <w:color w:val="0E3D73"/>
          <w:sz w:val="25"/>
        </w:rPr>
      </w:pPr>
    </w:p>
    <w:p w14:paraId="22C72C49" w14:textId="77777777" w:rsidR="00942988" w:rsidRPr="00D15352" w:rsidRDefault="00942988">
      <w:pPr>
        <w:spacing w:before="80" w:after="120"/>
        <w:rPr>
          <w:rFonts w:ascii="Aptos Display" w:hAnsi="Aptos Display"/>
          <w:b/>
          <w:color w:val="0E3D73"/>
          <w:sz w:val="25"/>
        </w:rPr>
      </w:pPr>
    </w:p>
    <w:p w14:paraId="513B86B9" w14:textId="6E648ECC" w:rsidR="00632820" w:rsidRPr="00D15352" w:rsidRDefault="0098018D">
      <w:pPr>
        <w:spacing w:before="80" w:after="120"/>
      </w:pPr>
      <w:r w:rsidRPr="00D15352">
        <w:rPr>
          <w:rFonts w:ascii="Aptos Display" w:hAnsi="Aptos Display"/>
          <w:b/>
          <w:color w:val="0E3D73"/>
          <w:sz w:val="25"/>
        </w:rPr>
        <w:lastRenderedPageBreak/>
        <w:t>Perfil voluntario 3</w:t>
      </w:r>
    </w:p>
    <w:tbl>
      <w:tblPr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2608"/>
        <w:gridCol w:w="6463"/>
      </w:tblGrid>
      <w:tr w:rsidR="00632820" w:rsidRPr="00D15352" w14:paraId="498FC988" w14:textId="77777777">
        <w:trPr>
          <w:trHeight w:val="420"/>
          <w:jc w:val="center"/>
        </w:trPr>
        <w:tc>
          <w:tcPr>
            <w:tcW w:w="2608" w:type="dxa"/>
            <w:shd w:val="clear" w:color="auto" w:fill="DCEEF5"/>
            <w:tcMar>
              <w:top w:w="130" w:type="dxa"/>
              <w:left w:w="150" w:type="dxa"/>
              <w:bottom w:w="130" w:type="dxa"/>
              <w:right w:w="150" w:type="dxa"/>
            </w:tcMar>
            <w:vAlign w:val="center"/>
          </w:tcPr>
          <w:p w14:paraId="76DBA993" w14:textId="77777777" w:rsidR="00632820" w:rsidRPr="00D15352" w:rsidRDefault="0098018D">
            <w:pPr>
              <w:spacing w:after="80" w:line="264" w:lineRule="auto"/>
            </w:pPr>
            <w:r w:rsidRPr="00D15352">
              <w:rPr>
                <w:rFonts w:ascii="Aptos" w:hAnsi="Aptos"/>
                <w:color w:val="0E3D73"/>
                <w:sz w:val="20"/>
              </w:rPr>
              <w:t>Programa / área 3</w:t>
            </w:r>
          </w:p>
        </w:tc>
        <w:tc>
          <w:tcPr>
            <w:tcW w:w="6463" w:type="dxa"/>
            <w:shd w:val="clear" w:color="auto" w:fill="FFFFFF"/>
            <w:tcMar>
              <w:top w:w="130" w:type="dxa"/>
              <w:left w:w="150" w:type="dxa"/>
              <w:bottom w:w="130" w:type="dxa"/>
              <w:right w:w="150" w:type="dxa"/>
            </w:tcMar>
            <w:vAlign w:val="center"/>
          </w:tcPr>
          <w:p w14:paraId="3D918013" w14:textId="77777777" w:rsidR="00632820" w:rsidRPr="00D15352" w:rsidRDefault="0098018D">
            <w:pPr>
              <w:spacing w:after="80" w:line="264" w:lineRule="auto"/>
            </w:pPr>
            <w:r w:rsidRPr="00D15352">
              <w:rPr>
                <w:rFonts w:ascii="Aptos" w:hAnsi="Aptos"/>
                <w:color w:val="606C78"/>
                <w:sz w:val="20"/>
              </w:rPr>
              <w:t>[Programa o área de actividad]</w:t>
            </w:r>
          </w:p>
        </w:tc>
      </w:tr>
      <w:tr w:rsidR="00632820" w:rsidRPr="00D15352" w14:paraId="7FC4A43A" w14:textId="77777777">
        <w:trPr>
          <w:trHeight w:val="520"/>
          <w:jc w:val="center"/>
        </w:trPr>
        <w:tc>
          <w:tcPr>
            <w:tcW w:w="2608" w:type="dxa"/>
            <w:shd w:val="clear" w:color="auto" w:fill="DCEEF5"/>
            <w:tcMar>
              <w:top w:w="130" w:type="dxa"/>
              <w:left w:w="150" w:type="dxa"/>
              <w:bottom w:w="130" w:type="dxa"/>
              <w:right w:w="150" w:type="dxa"/>
            </w:tcMar>
            <w:vAlign w:val="center"/>
          </w:tcPr>
          <w:p w14:paraId="7A37CB5E" w14:textId="77777777" w:rsidR="00632820" w:rsidRPr="00D15352" w:rsidRDefault="0098018D">
            <w:pPr>
              <w:spacing w:after="80" w:line="264" w:lineRule="auto"/>
            </w:pPr>
            <w:r w:rsidRPr="00D15352">
              <w:rPr>
                <w:rFonts w:ascii="Aptos" w:hAnsi="Aptos"/>
                <w:color w:val="0E3D73"/>
                <w:sz w:val="20"/>
              </w:rPr>
              <w:t>Perfil de la persona voluntaria</w:t>
            </w:r>
          </w:p>
        </w:tc>
        <w:tc>
          <w:tcPr>
            <w:tcW w:w="6463" w:type="dxa"/>
            <w:shd w:val="clear" w:color="auto" w:fill="FFFFFF"/>
            <w:tcMar>
              <w:top w:w="130" w:type="dxa"/>
              <w:left w:w="150" w:type="dxa"/>
              <w:bottom w:w="130" w:type="dxa"/>
              <w:right w:w="150" w:type="dxa"/>
            </w:tcMar>
            <w:vAlign w:val="center"/>
          </w:tcPr>
          <w:p w14:paraId="0B7D8CA7" w14:textId="77777777" w:rsidR="00632820" w:rsidRPr="00D15352" w:rsidRDefault="0098018D">
            <w:pPr>
              <w:spacing w:after="80" w:line="264" w:lineRule="auto"/>
            </w:pPr>
            <w:r w:rsidRPr="00D15352">
              <w:rPr>
                <w:rFonts w:ascii="Aptos" w:hAnsi="Aptos"/>
                <w:color w:val="606C78"/>
                <w:sz w:val="20"/>
              </w:rPr>
              <w:t>[Perfil o rol voluntario]</w:t>
            </w:r>
          </w:p>
        </w:tc>
      </w:tr>
      <w:tr w:rsidR="00632820" w:rsidRPr="00D15352" w14:paraId="146C4DB1" w14:textId="77777777">
        <w:trPr>
          <w:trHeight w:val="700"/>
          <w:jc w:val="center"/>
        </w:trPr>
        <w:tc>
          <w:tcPr>
            <w:tcW w:w="2608" w:type="dxa"/>
            <w:shd w:val="clear" w:color="auto" w:fill="DCEEF5"/>
            <w:tcMar>
              <w:top w:w="130" w:type="dxa"/>
              <w:left w:w="150" w:type="dxa"/>
              <w:bottom w:w="130" w:type="dxa"/>
              <w:right w:w="150" w:type="dxa"/>
            </w:tcMar>
            <w:vAlign w:val="center"/>
          </w:tcPr>
          <w:p w14:paraId="6E3596B3" w14:textId="77777777" w:rsidR="00632820" w:rsidRPr="00D15352" w:rsidRDefault="0098018D">
            <w:pPr>
              <w:spacing w:after="80" w:line="264" w:lineRule="auto"/>
            </w:pPr>
            <w:r w:rsidRPr="00D15352">
              <w:rPr>
                <w:rFonts w:ascii="Aptos" w:hAnsi="Aptos"/>
                <w:color w:val="0E3D73"/>
                <w:sz w:val="20"/>
              </w:rPr>
              <w:t>Titulación / requisitos / competencias</w:t>
            </w:r>
          </w:p>
        </w:tc>
        <w:tc>
          <w:tcPr>
            <w:tcW w:w="6463" w:type="dxa"/>
            <w:shd w:val="clear" w:color="auto" w:fill="FFFFFF"/>
            <w:tcMar>
              <w:top w:w="130" w:type="dxa"/>
              <w:left w:w="150" w:type="dxa"/>
              <w:bottom w:w="130" w:type="dxa"/>
              <w:right w:w="150" w:type="dxa"/>
            </w:tcMar>
            <w:vAlign w:val="center"/>
          </w:tcPr>
          <w:p w14:paraId="2C73B667" w14:textId="77777777" w:rsidR="00632820" w:rsidRPr="00D15352" w:rsidRDefault="0098018D">
            <w:pPr>
              <w:spacing w:after="80" w:line="264" w:lineRule="auto"/>
            </w:pPr>
            <w:r w:rsidRPr="00D15352">
              <w:rPr>
                <w:rFonts w:ascii="Aptos" w:hAnsi="Aptos"/>
                <w:color w:val="606C78"/>
                <w:sz w:val="20"/>
              </w:rPr>
              <w:t>[Titulación, experiencia, certificados o habilidades]</w:t>
            </w:r>
          </w:p>
        </w:tc>
      </w:tr>
      <w:tr w:rsidR="00632820" w:rsidRPr="00D15352" w14:paraId="35DF49F5" w14:textId="77777777">
        <w:trPr>
          <w:trHeight w:val="760"/>
          <w:jc w:val="center"/>
        </w:trPr>
        <w:tc>
          <w:tcPr>
            <w:tcW w:w="2608" w:type="dxa"/>
            <w:shd w:val="clear" w:color="auto" w:fill="DCEEF5"/>
            <w:tcMar>
              <w:top w:w="130" w:type="dxa"/>
              <w:left w:w="150" w:type="dxa"/>
              <w:bottom w:w="130" w:type="dxa"/>
              <w:right w:w="150" w:type="dxa"/>
            </w:tcMar>
            <w:vAlign w:val="center"/>
          </w:tcPr>
          <w:p w14:paraId="337F3AD7" w14:textId="77777777" w:rsidR="00632820" w:rsidRPr="00D15352" w:rsidRDefault="0098018D">
            <w:pPr>
              <w:spacing w:after="80" w:line="264" w:lineRule="auto"/>
            </w:pPr>
            <w:r w:rsidRPr="00D15352">
              <w:rPr>
                <w:rFonts w:ascii="Aptos" w:hAnsi="Aptos"/>
                <w:color w:val="0E3D73"/>
                <w:sz w:val="20"/>
              </w:rPr>
              <w:t>Funciones asignadas</w:t>
            </w:r>
          </w:p>
        </w:tc>
        <w:tc>
          <w:tcPr>
            <w:tcW w:w="6463" w:type="dxa"/>
            <w:shd w:val="clear" w:color="auto" w:fill="FFFFFF"/>
            <w:tcMar>
              <w:top w:w="130" w:type="dxa"/>
              <w:left w:w="150" w:type="dxa"/>
              <w:bottom w:w="130" w:type="dxa"/>
              <w:right w:w="150" w:type="dxa"/>
            </w:tcMar>
            <w:vAlign w:val="center"/>
          </w:tcPr>
          <w:p w14:paraId="41A76779" w14:textId="77777777" w:rsidR="00632820" w:rsidRPr="00D15352" w:rsidRDefault="0098018D">
            <w:pPr>
              <w:spacing w:after="80" w:line="264" w:lineRule="auto"/>
            </w:pPr>
            <w:r w:rsidRPr="00D15352">
              <w:rPr>
                <w:rFonts w:ascii="Aptos" w:hAnsi="Aptos"/>
                <w:color w:val="606C78"/>
                <w:sz w:val="20"/>
              </w:rPr>
              <w:t>[Funciones concretas]</w:t>
            </w:r>
          </w:p>
        </w:tc>
      </w:tr>
      <w:tr w:rsidR="00632820" w:rsidRPr="00D15352" w14:paraId="6949BA1F" w14:textId="77777777">
        <w:trPr>
          <w:trHeight w:val="420"/>
          <w:jc w:val="center"/>
        </w:trPr>
        <w:tc>
          <w:tcPr>
            <w:tcW w:w="2608" w:type="dxa"/>
            <w:shd w:val="clear" w:color="auto" w:fill="DCEEF5"/>
            <w:tcMar>
              <w:top w:w="130" w:type="dxa"/>
              <w:left w:w="150" w:type="dxa"/>
              <w:bottom w:w="130" w:type="dxa"/>
              <w:right w:w="150" w:type="dxa"/>
            </w:tcMar>
            <w:vAlign w:val="center"/>
          </w:tcPr>
          <w:p w14:paraId="227AFA6A" w14:textId="77777777" w:rsidR="00632820" w:rsidRPr="00D15352" w:rsidRDefault="0098018D">
            <w:pPr>
              <w:spacing w:after="80" w:line="264" w:lineRule="auto"/>
            </w:pPr>
            <w:r w:rsidRPr="00D15352">
              <w:rPr>
                <w:rFonts w:ascii="Aptos" w:hAnsi="Aptos"/>
                <w:color w:val="0E3D73"/>
                <w:sz w:val="20"/>
              </w:rPr>
              <w:t>N.º estimado de personas voluntarias</w:t>
            </w:r>
          </w:p>
        </w:tc>
        <w:tc>
          <w:tcPr>
            <w:tcW w:w="6463" w:type="dxa"/>
            <w:shd w:val="clear" w:color="auto" w:fill="FFFFFF"/>
            <w:tcMar>
              <w:top w:w="130" w:type="dxa"/>
              <w:left w:w="150" w:type="dxa"/>
              <w:bottom w:w="130" w:type="dxa"/>
              <w:right w:w="150" w:type="dxa"/>
            </w:tcMar>
            <w:vAlign w:val="center"/>
          </w:tcPr>
          <w:p w14:paraId="00C37F43" w14:textId="173D3A32" w:rsidR="00632820" w:rsidRPr="00D15352" w:rsidRDefault="0098018D">
            <w:pPr>
              <w:spacing w:after="80" w:line="264" w:lineRule="auto"/>
            </w:pPr>
            <w:r w:rsidRPr="00D15352">
              <w:rPr>
                <w:rFonts w:ascii="Aptos" w:hAnsi="Aptos"/>
                <w:color w:val="606C78"/>
                <w:sz w:val="20"/>
              </w:rPr>
              <w:t>[</w:t>
            </w:r>
            <w:proofErr w:type="spellStart"/>
            <w:r w:rsidR="00106454" w:rsidRPr="00D15352">
              <w:rPr>
                <w:rFonts w:ascii="Aptos" w:hAnsi="Aptos"/>
                <w:color w:val="606C78"/>
                <w:sz w:val="20"/>
              </w:rPr>
              <w:t>Nº</w:t>
            </w:r>
            <w:proofErr w:type="spellEnd"/>
            <w:r w:rsidR="00106454" w:rsidRPr="00D15352">
              <w:rPr>
                <w:rFonts w:ascii="Aptos" w:hAnsi="Aptos"/>
                <w:color w:val="606C78"/>
                <w:sz w:val="20"/>
              </w:rPr>
              <w:t xml:space="preserve"> </w:t>
            </w:r>
            <w:r w:rsidRPr="00D15352">
              <w:rPr>
                <w:rFonts w:ascii="Aptos" w:hAnsi="Aptos"/>
                <w:color w:val="606C78"/>
                <w:sz w:val="20"/>
              </w:rPr>
              <w:t>previsto]</w:t>
            </w:r>
          </w:p>
        </w:tc>
      </w:tr>
    </w:tbl>
    <w:p w14:paraId="62486C05" w14:textId="77777777" w:rsidR="00632820" w:rsidRPr="00D15352" w:rsidRDefault="00632820"/>
    <w:p w14:paraId="340115DF" w14:textId="77777777" w:rsidR="00632820" w:rsidRPr="00D15352" w:rsidRDefault="0098018D">
      <w:pPr>
        <w:spacing w:before="80" w:after="120"/>
      </w:pPr>
      <w:r w:rsidRPr="00D15352">
        <w:rPr>
          <w:rFonts w:ascii="Aptos Display" w:hAnsi="Aptos Display"/>
          <w:b/>
          <w:color w:val="0E3D73"/>
          <w:sz w:val="25"/>
        </w:rPr>
        <w:t>Perfil voluntario 4</w:t>
      </w:r>
    </w:p>
    <w:tbl>
      <w:tblPr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2608"/>
        <w:gridCol w:w="6463"/>
      </w:tblGrid>
      <w:tr w:rsidR="00632820" w:rsidRPr="00D15352" w14:paraId="5C73ECEB" w14:textId="77777777">
        <w:trPr>
          <w:trHeight w:val="420"/>
          <w:jc w:val="center"/>
        </w:trPr>
        <w:tc>
          <w:tcPr>
            <w:tcW w:w="2608" w:type="dxa"/>
            <w:shd w:val="clear" w:color="auto" w:fill="DCEEF5"/>
            <w:tcMar>
              <w:top w:w="130" w:type="dxa"/>
              <w:left w:w="150" w:type="dxa"/>
              <w:bottom w:w="130" w:type="dxa"/>
              <w:right w:w="150" w:type="dxa"/>
            </w:tcMar>
            <w:vAlign w:val="center"/>
          </w:tcPr>
          <w:p w14:paraId="18517E61" w14:textId="77777777" w:rsidR="00632820" w:rsidRPr="00D15352" w:rsidRDefault="0098018D">
            <w:pPr>
              <w:spacing w:after="80" w:line="264" w:lineRule="auto"/>
            </w:pPr>
            <w:r w:rsidRPr="00D15352">
              <w:rPr>
                <w:rFonts w:ascii="Aptos" w:hAnsi="Aptos"/>
                <w:color w:val="0E3D73"/>
                <w:sz w:val="20"/>
              </w:rPr>
              <w:t>Programa / área 4</w:t>
            </w:r>
          </w:p>
        </w:tc>
        <w:tc>
          <w:tcPr>
            <w:tcW w:w="6463" w:type="dxa"/>
            <w:shd w:val="clear" w:color="auto" w:fill="FFFFFF"/>
            <w:tcMar>
              <w:top w:w="130" w:type="dxa"/>
              <w:left w:w="150" w:type="dxa"/>
              <w:bottom w:w="130" w:type="dxa"/>
              <w:right w:w="150" w:type="dxa"/>
            </w:tcMar>
            <w:vAlign w:val="center"/>
          </w:tcPr>
          <w:p w14:paraId="0E37BCE7" w14:textId="77777777" w:rsidR="00632820" w:rsidRPr="00D15352" w:rsidRDefault="0098018D">
            <w:pPr>
              <w:spacing w:after="80" w:line="264" w:lineRule="auto"/>
            </w:pPr>
            <w:r w:rsidRPr="00D15352">
              <w:rPr>
                <w:rFonts w:ascii="Aptos" w:hAnsi="Aptos"/>
                <w:color w:val="606C78"/>
                <w:sz w:val="20"/>
              </w:rPr>
              <w:t>[Programa o área de actividad]</w:t>
            </w:r>
          </w:p>
        </w:tc>
      </w:tr>
      <w:tr w:rsidR="00632820" w:rsidRPr="00D15352" w14:paraId="46E1660A" w14:textId="77777777">
        <w:trPr>
          <w:trHeight w:val="520"/>
          <w:jc w:val="center"/>
        </w:trPr>
        <w:tc>
          <w:tcPr>
            <w:tcW w:w="2608" w:type="dxa"/>
            <w:shd w:val="clear" w:color="auto" w:fill="DCEEF5"/>
            <w:tcMar>
              <w:top w:w="130" w:type="dxa"/>
              <w:left w:w="150" w:type="dxa"/>
              <w:bottom w:w="130" w:type="dxa"/>
              <w:right w:w="150" w:type="dxa"/>
            </w:tcMar>
            <w:vAlign w:val="center"/>
          </w:tcPr>
          <w:p w14:paraId="7D6E619B" w14:textId="77777777" w:rsidR="00632820" w:rsidRPr="00D15352" w:rsidRDefault="0098018D">
            <w:pPr>
              <w:spacing w:after="80" w:line="264" w:lineRule="auto"/>
            </w:pPr>
            <w:r w:rsidRPr="00D15352">
              <w:rPr>
                <w:rFonts w:ascii="Aptos" w:hAnsi="Aptos"/>
                <w:color w:val="0E3D73"/>
                <w:sz w:val="20"/>
              </w:rPr>
              <w:t>Perfil de la persona voluntaria</w:t>
            </w:r>
          </w:p>
        </w:tc>
        <w:tc>
          <w:tcPr>
            <w:tcW w:w="6463" w:type="dxa"/>
            <w:shd w:val="clear" w:color="auto" w:fill="FFFFFF"/>
            <w:tcMar>
              <w:top w:w="130" w:type="dxa"/>
              <w:left w:w="150" w:type="dxa"/>
              <w:bottom w:w="130" w:type="dxa"/>
              <w:right w:w="150" w:type="dxa"/>
            </w:tcMar>
            <w:vAlign w:val="center"/>
          </w:tcPr>
          <w:p w14:paraId="73EE0F66" w14:textId="77777777" w:rsidR="00632820" w:rsidRPr="00D15352" w:rsidRDefault="0098018D">
            <w:pPr>
              <w:spacing w:after="80" w:line="264" w:lineRule="auto"/>
            </w:pPr>
            <w:r w:rsidRPr="00D15352">
              <w:rPr>
                <w:rFonts w:ascii="Aptos" w:hAnsi="Aptos"/>
                <w:color w:val="606C78"/>
                <w:sz w:val="20"/>
              </w:rPr>
              <w:t>[Perfil o rol voluntario]</w:t>
            </w:r>
          </w:p>
        </w:tc>
      </w:tr>
      <w:tr w:rsidR="00632820" w:rsidRPr="00D15352" w14:paraId="091017C0" w14:textId="77777777">
        <w:trPr>
          <w:trHeight w:val="700"/>
          <w:jc w:val="center"/>
        </w:trPr>
        <w:tc>
          <w:tcPr>
            <w:tcW w:w="2608" w:type="dxa"/>
            <w:shd w:val="clear" w:color="auto" w:fill="DCEEF5"/>
            <w:tcMar>
              <w:top w:w="130" w:type="dxa"/>
              <w:left w:w="150" w:type="dxa"/>
              <w:bottom w:w="130" w:type="dxa"/>
              <w:right w:w="150" w:type="dxa"/>
            </w:tcMar>
            <w:vAlign w:val="center"/>
          </w:tcPr>
          <w:p w14:paraId="6FB4E3CC" w14:textId="77777777" w:rsidR="00632820" w:rsidRPr="00D15352" w:rsidRDefault="0098018D">
            <w:pPr>
              <w:spacing w:after="80" w:line="264" w:lineRule="auto"/>
            </w:pPr>
            <w:r w:rsidRPr="00D15352">
              <w:rPr>
                <w:rFonts w:ascii="Aptos" w:hAnsi="Aptos"/>
                <w:color w:val="0E3D73"/>
                <w:sz w:val="20"/>
              </w:rPr>
              <w:t>Titulación / requisitos / competencias</w:t>
            </w:r>
          </w:p>
        </w:tc>
        <w:tc>
          <w:tcPr>
            <w:tcW w:w="6463" w:type="dxa"/>
            <w:shd w:val="clear" w:color="auto" w:fill="FFFFFF"/>
            <w:tcMar>
              <w:top w:w="130" w:type="dxa"/>
              <w:left w:w="150" w:type="dxa"/>
              <w:bottom w:w="130" w:type="dxa"/>
              <w:right w:w="150" w:type="dxa"/>
            </w:tcMar>
            <w:vAlign w:val="center"/>
          </w:tcPr>
          <w:p w14:paraId="6E44BBEB" w14:textId="77777777" w:rsidR="00632820" w:rsidRPr="00D15352" w:rsidRDefault="0098018D">
            <w:pPr>
              <w:spacing w:after="80" w:line="264" w:lineRule="auto"/>
            </w:pPr>
            <w:r w:rsidRPr="00D15352">
              <w:rPr>
                <w:rFonts w:ascii="Aptos" w:hAnsi="Aptos"/>
                <w:color w:val="606C78"/>
                <w:sz w:val="20"/>
              </w:rPr>
              <w:t>[Titulación, experiencia, certificados o habilidades]</w:t>
            </w:r>
          </w:p>
        </w:tc>
      </w:tr>
      <w:tr w:rsidR="00632820" w:rsidRPr="00D15352" w14:paraId="3EB07AC8" w14:textId="77777777">
        <w:trPr>
          <w:trHeight w:val="760"/>
          <w:jc w:val="center"/>
        </w:trPr>
        <w:tc>
          <w:tcPr>
            <w:tcW w:w="2608" w:type="dxa"/>
            <w:shd w:val="clear" w:color="auto" w:fill="DCEEF5"/>
            <w:tcMar>
              <w:top w:w="130" w:type="dxa"/>
              <w:left w:w="150" w:type="dxa"/>
              <w:bottom w:w="130" w:type="dxa"/>
              <w:right w:w="150" w:type="dxa"/>
            </w:tcMar>
            <w:vAlign w:val="center"/>
          </w:tcPr>
          <w:p w14:paraId="4725295D" w14:textId="77777777" w:rsidR="00632820" w:rsidRPr="00D15352" w:rsidRDefault="0098018D">
            <w:pPr>
              <w:spacing w:after="80" w:line="264" w:lineRule="auto"/>
            </w:pPr>
            <w:r w:rsidRPr="00D15352">
              <w:rPr>
                <w:rFonts w:ascii="Aptos" w:hAnsi="Aptos"/>
                <w:color w:val="0E3D73"/>
                <w:sz w:val="20"/>
              </w:rPr>
              <w:t>Funciones asignadas</w:t>
            </w:r>
          </w:p>
        </w:tc>
        <w:tc>
          <w:tcPr>
            <w:tcW w:w="6463" w:type="dxa"/>
            <w:shd w:val="clear" w:color="auto" w:fill="FFFFFF"/>
            <w:tcMar>
              <w:top w:w="130" w:type="dxa"/>
              <w:left w:w="150" w:type="dxa"/>
              <w:bottom w:w="130" w:type="dxa"/>
              <w:right w:w="150" w:type="dxa"/>
            </w:tcMar>
            <w:vAlign w:val="center"/>
          </w:tcPr>
          <w:p w14:paraId="35BFC99E" w14:textId="77777777" w:rsidR="00632820" w:rsidRPr="00D15352" w:rsidRDefault="0098018D">
            <w:pPr>
              <w:spacing w:after="80" w:line="264" w:lineRule="auto"/>
            </w:pPr>
            <w:r w:rsidRPr="00D15352">
              <w:rPr>
                <w:rFonts w:ascii="Aptos" w:hAnsi="Aptos"/>
                <w:color w:val="606C78"/>
                <w:sz w:val="20"/>
              </w:rPr>
              <w:t>[Funciones concretas]</w:t>
            </w:r>
          </w:p>
        </w:tc>
      </w:tr>
      <w:tr w:rsidR="00632820" w:rsidRPr="00D15352" w14:paraId="603788DB" w14:textId="77777777">
        <w:trPr>
          <w:trHeight w:val="420"/>
          <w:jc w:val="center"/>
        </w:trPr>
        <w:tc>
          <w:tcPr>
            <w:tcW w:w="2608" w:type="dxa"/>
            <w:shd w:val="clear" w:color="auto" w:fill="DCEEF5"/>
            <w:tcMar>
              <w:top w:w="130" w:type="dxa"/>
              <w:left w:w="150" w:type="dxa"/>
              <w:bottom w:w="130" w:type="dxa"/>
              <w:right w:w="150" w:type="dxa"/>
            </w:tcMar>
            <w:vAlign w:val="center"/>
          </w:tcPr>
          <w:p w14:paraId="116A0ED8" w14:textId="77777777" w:rsidR="00632820" w:rsidRPr="00D15352" w:rsidRDefault="0098018D">
            <w:pPr>
              <w:spacing w:after="80" w:line="264" w:lineRule="auto"/>
            </w:pPr>
            <w:r w:rsidRPr="00D15352">
              <w:rPr>
                <w:rFonts w:ascii="Aptos" w:hAnsi="Aptos"/>
                <w:color w:val="0E3D73"/>
                <w:sz w:val="20"/>
              </w:rPr>
              <w:t>N.º estimado de personas voluntarias</w:t>
            </w:r>
          </w:p>
        </w:tc>
        <w:tc>
          <w:tcPr>
            <w:tcW w:w="6463" w:type="dxa"/>
            <w:shd w:val="clear" w:color="auto" w:fill="FFFFFF"/>
            <w:tcMar>
              <w:top w:w="130" w:type="dxa"/>
              <w:left w:w="150" w:type="dxa"/>
              <w:bottom w:w="130" w:type="dxa"/>
              <w:right w:w="150" w:type="dxa"/>
            </w:tcMar>
            <w:vAlign w:val="center"/>
          </w:tcPr>
          <w:p w14:paraId="5E64871D" w14:textId="28D105D2" w:rsidR="00632820" w:rsidRPr="00D15352" w:rsidRDefault="0098018D">
            <w:pPr>
              <w:spacing w:after="80" w:line="264" w:lineRule="auto"/>
            </w:pPr>
            <w:r w:rsidRPr="00D15352">
              <w:rPr>
                <w:rFonts w:ascii="Aptos" w:hAnsi="Aptos"/>
                <w:color w:val="606C78"/>
                <w:sz w:val="20"/>
              </w:rPr>
              <w:t>[</w:t>
            </w:r>
            <w:proofErr w:type="spellStart"/>
            <w:r w:rsidR="00106454" w:rsidRPr="00D15352">
              <w:rPr>
                <w:rFonts w:ascii="Aptos" w:hAnsi="Aptos"/>
                <w:color w:val="606C78"/>
                <w:sz w:val="20"/>
              </w:rPr>
              <w:t>Nº</w:t>
            </w:r>
            <w:proofErr w:type="spellEnd"/>
            <w:r w:rsidRPr="00D15352">
              <w:rPr>
                <w:rFonts w:ascii="Aptos" w:hAnsi="Aptos"/>
                <w:color w:val="606C78"/>
                <w:sz w:val="20"/>
              </w:rPr>
              <w:t xml:space="preserve"> previsto]</w:t>
            </w:r>
          </w:p>
        </w:tc>
      </w:tr>
    </w:tbl>
    <w:p w14:paraId="4101652C" w14:textId="77777777" w:rsidR="00632820" w:rsidRPr="00D15352" w:rsidRDefault="00632820"/>
    <w:tbl>
      <w:tblPr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2608"/>
        <w:gridCol w:w="6463"/>
      </w:tblGrid>
      <w:tr w:rsidR="00632820" w:rsidRPr="00D15352" w14:paraId="4906B345" w14:textId="77777777">
        <w:trPr>
          <w:trHeight w:val="980"/>
          <w:jc w:val="center"/>
        </w:trPr>
        <w:tc>
          <w:tcPr>
            <w:tcW w:w="2608" w:type="dxa"/>
            <w:shd w:val="clear" w:color="auto" w:fill="DCEEF5"/>
            <w:tcMar>
              <w:top w:w="130" w:type="dxa"/>
              <w:left w:w="150" w:type="dxa"/>
              <w:bottom w:w="130" w:type="dxa"/>
              <w:right w:w="150" w:type="dxa"/>
            </w:tcMar>
            <w:vAlign w:val="center"/>
          </w:tcPr>
          <w:p w14:paraId="1B8F98A8" w14:textId="5D8B6C7F" w:rsidR="00632820" w:rsidRPr="00D15352" w:rsidRDefault="0098018D">
            <w:pPr>
              <w:spacing w:after="80" w:line="264" w:lineRule="auto"/>
            </w:pPr>
            <w:r w:rsidRPr="00D15352">
              <w:rPr>
                <w:rFonts w:ascii="Aptos" w:hAnsi="Aptos"/>
                <w:color w:val="0E3D73"/>
                <w:sz w:val="20"/>
              </w:rPr>
              <w:t xml:space="preserve">Criterios de </w:t>
            </w:r>
            <w:r w:rsidR="00106454" w:rsidRPr="00D15352">
              <w:rPr>
                <w:rFonts w:ascii="Aptos" w:hAnsi="Aptos"/>
                <w:color w:val="0E3D73"/>
                <w:sz w:val="20"/>
              </w:rPr>
              <w:t>selección</w:t>
            </w:r>
            <w:r w:rsidRPr="00D15352">
              <w:rPr>
                <w:rFonts w:ascii="Aptos" w:hAnsi="Aptos"/>
                <w:color w:val="0E3D73"/>
                <w:sz w:val="20"/>
              </w:rPr>
              <w:t xml:space="preserve"> y </w:t>
            </w:r>
            <w:r w:rsidR="00106454" w:rsidRPr="00D15352">
              <w:rPr>
                <w:rFonts w:ascii="Aptos" w:hAnsi="Aptos"/>
                <w:color w:val="0E3D73"/>
                <w:sz w:val="20"/>
              </w:rPr>
              <w:t>adecuación</w:t>
            </w:r>
            <w:r w:rsidRPr="00D15352">
              <w:rPr>
                <w:rFonts w:ascii="Aptos" w:hAnsi="Aptos"/>
                <w:color w:val="0E3D73"/>
                <w:sz w:val="20"/>
              </w:rPr>
              <w:t xml:space="preserve"> al puesto voluntario</w:t>
            </w:r>
          </w:p>
        </w:tc>
        <w:tc>
          <w:tcPr>
            <w:tcW w:w="6463" w:type="dxa"/>
            <w:shd w:val="clear" w:color="auto" w:fill="FFFFFF"/>
            <w:tcMar>
              <w:top w:w="130" w:type="dxa"/>
              <w:left w:w="150" w:type="dxa"/>
              <w:bottom w:w="130" w:type="dxa"/>
              <w:right w:w="150" w:type="dxa"/>
            </w:tcMar>
            <w:vAlign w:val="center"/>
          </w:tcPr>
          <w:p w14:paraId="4848C98A" w14:textId="286BF9F5" w:rsidR="00632820" w:rsidRPr="00D15352" w:rsidRDefault="0098018D">
            <w:pPr>
              <w:spacing w:after="80" w:line="264" w:lineRule="auto"/>
            </w:pPr>
            <w:r w:rsidRPr="00D15352">
              <w:rPr>
                <w:rFonts w:ascii="Aptos" w:hAnsi="Aptos"/>
                <w:color w:val="606C78"/>
                <w:sz w:val="20"/>
              </w:rPr>
              <w:t xml:space="preserve">[Explique </w:t>
            </w:r>
            <w:r w:rsidR="00106454" w:rsidRPr="00D15352">
              <w:rPr>
                <w:rFonts w:ascii="Aptos" w:hAnsi="Aptos"/>
                <w:color w:val="606C78"/>
                <w:sz w:val="20"/>
              </w:rPr>
              <w:t>cómo</w:t>
            </w:r>
            <w:r w:rsidRPr="00D15352">
              <w:rPr>
                <w:rFonts w:ascii="Aptos" w:hAnsi="Aptos"/>
                <w:color w:val="606C78"/>
                <w:sz w:val="20"/>
              </w:rPr>
              <w:t xml:space="preserve"> se valora la idoneidad de las personas voluntarias para cada actividad]</w:t>
            </w:r>
          </w:p>
        </w:tc>
      </w:tr>
      <w:tr w:rsidR="00632820" w:rsidRPr="00D15352" w14:paraId="58AC361B" w14:textId="77777777">
        <w:trPr>
          <w:trHeight w:val="980"/>
          <w:jc w:val="center"/>
        </w:trPr>
        <w:tc>
          <w:tcPr>
            <w:tcW w:w="2608" w:type="dxa"/>
            <w:shd w:val="clear" w:color="auto" w:fill="DCEEF5"/>
            <w:tcMar>
              <w:top w:w="130" w:type="dxa"/>
              <w:left w:w="150" w:type="dxa"/>
              <w:bottom w:w="130" w:type="dxa"/>
              <w:right w:w="150" w:type="dxa"/>
            </w:tcMar>
            <w:vAlign w:val="center"/>
          </w:tcPr>
          <w:p w14:paraId="7675E386" w14:textId="77777777" w:rsidR="00632820" w:rsidRPr="00D15352" w:rsidRDefault="0098018D">
            <w:pPr>
              <w:spacing w:after="80" w:line="264" w:lineRule="auto"/>
            </w:pPr>
            <w:r w:rsidRPr="00D15352">
              <w:rPr>
                <w:rFonts w:ascii="Aptos" w:hAnsi="Aptos"/>
                <w:color w:val="0E3D73"/>
                <w:sz w:val="20"/>
              </w:rPr>
              <w:t>Criterios para determinar el perfil de las personas destinatarias del plan</w:t>
            </w:r>
          </w:p>
        </w:tc>
        <w:tc>
          <w:tcPr>
            <w:tcW w:w="6463" w:type="dxa"/>
            <w:shd w:val="clear" w:color="auto" w:fill="FFFFFF"/>
            <w:tcMar>
              <w:top w:w="130" w:type="dxa"/>
              <w:left w:w="150" w:type="dxa"/>
              <w:bottom w:w="130" w:type="dxa"/>
              <w:right w:w="150" w:type="dxa"/>
            </w:tcMar>
            <w:vAlign w:val="center"/>
          </w:tcPr>
          <w:p w14:paraId="599D8154" w14:textId="74D0DE6B" w:rsidR="00632820" w:rsidRPr="00D15352" w:rsidRDefault="0098018D">
            <w:pPr>
              <w:spacing w:after="80" w:line="264" w:lineRule="auto"/>
            </w:pPr>
            <w:r w:rsidRPr="00D15352">
              <w:rPr>
                <w:rFonts w:ascii="Aptos" w:hAnsi="Aptos"/>
                <w:color w:val="606C78"/>
                <w:sz w:val="20"/>
              </w:rPr>
              <w:t xml:space="preserve">[Indique si existen criterios de </w:t>
            </w:r>
            <w:r w:rsidR="00106454" w:rsidRPr="00D15352">
              <w:rPr>
                <w:rFonts w:ascii="Aptos" w:hAnsi="Aptos"/>
                <w:color w:val="606C78"/>
                <w:sz w:val="20"/>
              </w:rPr>
              <w:t>priorización</w:t>
            </w:r>
            <w:r w:rsidRPr="00D15352">
              <w:rPr>
                <w:rFonts w:ascii="Aptos" w:hAnsi="Aptos"/>
                <w:color w:val="606C78"/>
                <w:sz w:val="20"/>
              </w:rPr>
              <w:t xml:space="preserve"> o </w:t>
            </w:r>
            <w:r w:rsidR="00106454" w:rsidRPr="00D15352">
              <w:rPr>
                <w:rFonts w:ascii="Aptos" w:hAnsi="Aptos"/>
                <w:color w:val="606C78"/>
                <w:sz w:val="20"/>
              </w:rPr>
              <w:t>derivación</w:t>
            </w:r>
            <w:r w:rsidRPr="00D15352">
              <w:rPr>
                <w:rFonts w:ascii="Aptos" w:hAnsi="Aptos"/>
                <w:color w:val="606C78"/>
                <w:sz w:val="20"/>
              </w:rPr>
              <w:t xml:space="preserve"> de personas destinatarias]</w:t>
            </w:r>
          </w:p>
        </w:tc>
      </w:tr>
    </w:tbl>
    <w:p w14:paraId="4B99056E" w14:textId="77777777" w:rsidR="00632820" w:rsidRPr="00D15352" w:rsidRDefault="00632820"/>
    <w:tbl>
      <w:tblPr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418"/>
        <w:gridCol w:w="8782"/>
      </w:tblGrid>
      <w:tr w:rsidR="00632820" w:rsidRPr="00D15352" w14:paraId="4BF1F608" w14:textId="77777777" w:rsidTr="00106454">
        <w:trPr>
          <w:jc w:val="center"/>
        </w:trPr>
        <w:tc>
          <w:tcPr>
            <w:tcW w:w="1418" w:type="dxa"/>
            <w:shd w:val="clear" w:color="auto" w:fill="0E3D73"/>
            <w:tcMar>
              <w:top w:w="90" w:type="dxa"/>
              <w:left w:w="120" w:type="dxa"/>
              <w:bottom w:w="90" w:type="dxa"/>
              <w:right w:w="120" w:type="dxa"/>
            </w:tcMar>
            <w:vAlign w:val="center"/>
          </w:tcPr>
          <w:p w14:paraId="1299C43A" w14:textId="77777777" w:rsidR="00632820" w:rsidRPr="00D15352" w:rsidRDefault="0098018D">
            <w:pPr>
              <w:jc w:val="center"/>
            </w:pPr>
            <w:r w:rsidRPr="00D15352">
              <w:lastRenderedPageBreak/>
              <w:drawing>
                <wp:inline distT="0" distB="0" distL="0" distR="0" wp14:anchorId="1358D0BA" wp14:editId="43DF7BB2">
                  <wp:extent cx="486000" cy="486000"/>
                  <wp:effectExtent l="0" t="0" r="9525" b="952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enerated_image_20260625074727_5.png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000" cy="4860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2" w:type="dxa"/>
            <w:shd w:val="clear" w:color="auto" w:fill="EAF5F9"/>
            <w:tcMar>
              <w:top w:w="90" w:type="dxa"/>
              <w:left w:w="120" w:type="dxa"/>
              <w:bottom w:w="90" w:type="dxa"/>
              <w:right w:w="120" w:type="dxa"/>
            </w:tcMar>
            <w:vAlign w:val="center"/>
          </w:tcPr>
          <w:p w14:paraId="26633907" w14:textId="77777777" w:rsidR="00632820" w:rsidRPr="00D15352" w:rsidRDefault="0098018D">
            <w:r w:rsidRPr="00D15352">
              <w:rPr>
                <w:rFonts w:ascii="Aptos Display" w:hAnsi="Aptos Display"/>
                <w:b/>
                <w:color w:val="0E3D73"/>
                <w:sz w:val="27"/>
              </w:rPr>
              <w:t>5. Derechos y deberes</w:t>
            </w:r>
          </w:p>
          <w:p w14:paraId="43225B2D" w14:textId="77777777" w:rsidR="00632820" w:rsidRPr="00D15352" w:rsidRDefault="0098018D">
            <w:pPr>
              <w:spacing w:before="40" w:after="0"/>
            </w:pPr>
            <w:r w:rsidRPr="00D15352">
              <w:rPr>
                <w:rFonts w:ascii="Aptos" w:hAnsi="Aptos"/>
                <w:color w:val="606C78"/>
                <w:sz w:val="18"/>
              </w:rPr>
              <w:t>Compromisos de las personas voluntarias, destinatarias y la entidad.</w:t>
            </w:r>
          </w:p>
        </w:tc>
      </w:tr>
    </w:tbl>
    <w:p w14:paraId="4DDBEF00" w14:textId="77777777" w:rsidR="00632820" w:rsidRPr="00D15352" w:rsidRDefault="00632820"/>
    <w:tbl>
      <w:tblPr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2608"/>
        <w:gridCol w:w="6463"/>
      </w:tblGrid>
      <w:tr w:rsidR="00632820" w:rsidRPr="00D15352" w14:paraId="7A0007B3" w14:textId="77777777">
        <w:trPr>
          <w:trHeight w:val="1150"/>
          <w:jc w:val="center"/>
        </w:trPr>
        <w:tc>
          <w:tcPr>
            <w:tcW w:w="2608" w:type="dxa"/>
            <w:shd w:val="clear" w:color="auto" w:fill="DCEEF5"/>
            <w:tcMar>
              <w:top w:w="130" w:type="dxa"/>
              <w:left w:w="150" w:type="dxa"/>
              <w:bottom w:w="130" w:type="dxa"/>
              <w:right w:w="150" w:type="dxa"/>
            </w:tcMar>
            <w:vAlign w:val="center"/>
          </w:tcPr>
          <w:p w14:paraId="1963D90F" w14:textId="77777777" w:rsidR="00632820" w:rsidRPr="00D15352" w:rsidRDefault="0098018D">
            <w:pPr>
              <w:spacing w:after="80" w:line="264" w:lineRule="auto"/>
            </w:pPr>
            <w:r w:rsidRPr="00D15352">
              <w:rPr>
                <w:rFonts w:ascii="Aptos" w:hAnsi="Aptos"/>
                <w:color w:val="0E3D73"/>
                <w:sz w:val="20"/>
              </w:rPr>
              <w:t>Derechos y deberes de las personas voluntarias</w:t>
            </w:r>
          </w:p>
        </w:tc>
        <w:tc>
          <w:tcPr>
            <w:tcW w:w="6463" w:type="dxa"/>
            <w:shd w:val="clear" w:color="auto" w:fill="FFFFFF"/>
            <w:tcMar>
              <w:top w:w="130" w:type="dxa"/>
              <w:left w:w="150" w:type="dxa"/>
              <w:bottom w:w="130" w:type="dxa"/>
              <w:right w:w="150" w:type="dxa"/>
            </w:tcMar>
            <w:vAlign w:val="center"/>
          </w:tcPr>
          <w:p w14:paraId="4F33F5C0" w14:textId="41ED832D" w:rsidR="00632820" w:rsidRPr="00D15352" w:rsidRDefault="0098018D">
            <w:pPr>
              <w:spacing w:after="80" w:line="264" w:lineRule="auto"/>
            </w:pPr>
            <w:r w:rsidRPr="00D15352">
              <w:rPr>
                <w:rFonts w:ascii="Aptos" w:hAnsi="Aptos"/>
                <w:color w:val="606C78"/>
                <w:sz w:val="20"/>
              </w:rPr>
              <w:t>[</w:t>
            </w:r>
            <w:r w:rsidR="00106454" w:rsidRPr="00D15352">
              <w:rPr>
                <w:rFonts w:ascii="Aptos" w:hAnsi="Aptos"/>
                <w:color w:val="606C78"/>
                <w:sz w:val="20"/>
              </w:rPr>
              <w:t>Formación</w:t>
            </w:r>
            <w:r w:rsidRPr="00D15352">
              <w:rPr>
                <w:rFonts w:ascii="Aptos" w:hAnsi="Aptos"/>
                <w:color w:val="606C78"/>
                <w:sz w:val="20"/>
              </w:rPr>
              <w:t xml:space="preserve">, </w:t>
            </w:r>
            <w:r w:rsidR="00106454" w:rsidRPr="00D15352">
              <w:rPr>
                <w:rFonts w:ascii="Aptos" w:hAnsi="Aptos"/>
                <w:color w:val="606C78"/>
                <w:sz w:val="20"/>
              </w:rPr>
              <w:t>participación</w:t>
            </w:r>
            <w:r w:rsidRPr="00D15352">
              <w:rPr>
                <w:rFonts w:ascii="Aptos" w:hAnsi="Aptos"/>
                <w:color w:val="606C78"/>
                <w:sz w:val="20"/>
              </w:rPr>
              <w:t>, seguro, confidencialidad, cumplimiento de instrucciones, etc.]</w:t>
            </w:r>
          </w:p>
        </w:tc>
      </w:tr>
      <w:tr w:rsidR="00632820" w:rsidRPr="00D15352" w14:paraId="33F7B6C3" w14:textId="77777777">
        <w:trPr>
          <w:trHeight w:val="1150"/>
          <w:jc w:val="center"/>
        </w:trPr>
        <w:tc>
          <w:tcPr>
            <w:tcW w:w="2608" w:type="dxa"/>
            <w:shd w:val="clear" w:color="auto" w:fill="DCEEF5"/>
            <w:tcMar>
              <w:top w:w="130" w:type="dxa"/>
              <w:left w:w="150" w:type="dxa"/>
              <w:bottom w:w="130" w:type="dxa"/>
              <w:right w:w="150" w:type="dxa"/>
            </w:tcMar>
            <w:vAlign w:val="center"/>
          </w:tcPr>
          <w:p w14:paraId="121206C4" w14:textId="77777777" w:rsidR="00632820" w:rsidRPr="00D15352" w:rsidRDefault="0098018D">
            <w:pPr>
              <w:spacing w:after="80" w:line="264" w:lineRule="auto"/>
            </w:pPr>
            <w:r w:rsidRPr="00D15352">
              <w:rPr>
                <w:rFonts w:ascii="Aptos" w:hAnsi="Aptos"/>
                <w:color w:val="0E3D73"/>
                <w:sz w:val="20"/>
              </w:rPr>
              <w:t>Derechos y deberes de las personas destinatarias</w:t>
            </w:r>
          </w:p>
        </w:tc>
        <w:tc>
          <w:tcPr>
            <w:tcW w:w="6463" w:type="dxa"/>
            <w:shd w:val="clear" w:color="auto" w:fill="FFFFFF"/>
            <w:tcMar>
              <w:top w:w="130" w:type="dxa"/>
              <w:left w:w="150" w:type="dxa"/>
              <w:bottom w:w="130" w:type="dxa"/>
              <w:right w:w="150" w:type="dxa"/>
            </w:tcMar>
            <w:vAlign w:val="center"/>
          </w:tcPr>
          <w:p w14:paraId="0E213D87" w14:textId="50BA927D" w:rsidR="00632820" w:rsidRPr="00D15352" w:rsidRDefault="0098018D">
            <w:pPr>
              <w:spacing w:after="80" w:line="264" w:lineRule="auto"/>
            </w:pPr>
            <w:r w:rsidRPr="00D15352">
              <w:rPr>
                <w:rFonts w:ascii="Aptos" w:hAnsi="Aptos"/>
                <w:color w:val="606C78"/>
                <w:sz w:val="20"/>
              </w:rPr>
              <w:t>[</w:t>
            </w:r>
            <w:r w:rsidR="00106454" w:rsidRPr="00D15352">
              <w:rPr>
                <w:rFonts w:ascii="Aptos" w:hAnsi="Aptos"/>
                <w:color w:val="606C78"/>
                <w:sz w:val="20"/>
              </w:rPr>
              <w:t>Información</w:t>
            </w:r>
            <w:r w:rsidRPr="00D15352">
              <w:rPr>
                <w:rFonts w:ascii="Aptos" w:hAnsi="Aptos"/>
                <w:color w:val="606C78"/>
                <w:sz w:val="20"/>
              </w:rPr>
              <w:t xml:space="preserve">, trato digno, confidencialidad, </w:t>
            </w:r>
            <w:r w:rsidR="00106454" w:rsidRPr="00D15352">
              <w:rPr>
                <w:rFonts w:ascii="Aptos" w:hAnsi="Aptos"/>
                <w:color w:val="606C78"/>
                <w:sz w:val="20"/>
              </w:rPr>
              <w:t>participación</w:t>
            </w:r>
            <w:r w:rsidRPr="00D15352">
              <w:rPr>
                <w:rFonts w:ascii="Aptos" w:hAnsi="Aptos"/>
                <w:color w:val="606C78"/>
                <w:sz w:val="20"/>
              </w:rPr>
              <w:t>, respeto a las normas del servicio, etc.]</w:t>
            </w:r>
          </w:p>
        </w:tc>
      </w:tr>
      <w:tr w:rsidR="00632820" w:rsidRPr="00D15352" w14:paraId="3DCD3B2A" w14:textId="77777777">
        <w:trPr>
          <w:trHeight w:val="1150"/>
          <w:jc w:val="center"/>
        </w:trPr>
        <w:tc>
          <w:tcPr>
            <w:tcW w:w="2608" w:type="dxa"/>
            <w:shd w:val="clear" w:color="auto" w:fill="DCEEF5"/>
            <w:tcMar>
              <w:top w:w="130" w:type="dxa"/>
              <w:left w:w="150" w:type="dxa"/>
              <w:bottom w:w="130" w:type="dxa"/>
              <w:right w:w="150" w:type="dxa"/>
            </w:tcMar>
            <w:vAlign w:val="center"/>
          </w:tcPr>
          <w:p w14:paraId="53435650" w14:textId="77777777" w:rsidR="00632820" w:rsidRPr="00D15352" w:rsidRDefault="0098018D">
            <w:pPr>
              <w:spacing w:after="80" w:line="264" w:lineRule="auto"/>
            </w:pPr>
            <w:r w:rsidRPr="00D15352">
              <w:rPr>
                <w:rFonts w:ascii="Aptos" w:hAnsi="Aptos"/>
                <w:color w:val="0E3D73"/>
                <w:sz w:val="20"/>
              </w:rPr>
              <w:t>Derechos y deberes / compromisos de la entidad</w:t>
            </w:r>
          </w:p>
        </w:tc>
        <w:tc>
          <w:tcPr>
            <w:tcW w:w="6463" w:type="dxa"/>
            <w:shd w:val="clear" w:color="auto" w:fill="FFFFFF"/>
            <w:tcMar>
              <w:top w:w="130" w:type="dxa"/>
              <w:left w:w="150" w:type="dxa"/>
              <w:bottom w:w="130" w:type="dxa"/>
              <w:right w:w="150" w:type="dxa"/>
            </w:tcMar>
            <w:vAlign w:val="center"/>
          </w:tcPr>
          <w:p w14:paraId="5B9C1A52" w14:textId="5DA6A6C5" w:rsidR="00632820" w:rsidRPr="00D15352" w:rsidRDefault="0098018D">
            <w:pPr>
              <w:spacing w:after="80" w:line="264" w:lineRule="auto"/>
            </w:pPr>
            <w:r w:rsidRPr="00D15352">
              <w:rPr>
                <w:rFonts w:ascii="Aptos" w:hAnsi="Aptos"/>
                <w:color w:val="606C78"/>
                <w:sz w:val="20"/>
              </w:rPr>
              <w:t>[</w:t>
            </w:r>
            <w:r w:rsidR="00106454" w:rsidRPr="00D15352">
              <w:rPr>
                <w:rFonts w:ascii="Aptos" w:hAnsi="Aptos"/>
                <w:color w:val="606C78"/>
                <w:sz w:val="20"/>
              </w:rPr>
              <w:t>Selección</w:t>
            </w:r>
            <w:r w:rsidRPr="00D15352">
              <w:rPr>
                <w:rFonts w:ascii="Aptos" w:hAnsi="Aptos"/>
                <w:color w:val="606C78"/>
                <w:sz w:val="20"/>
              </w:rPr>
              <w:t xml:space="preserve">, </w:t>
            </w:r>
            <w:r w:rsidR="00106454" w:rsidRPr="00D15352">
              <w:rPr>
                <w:rFonts w:ascii="Aptos" w:hAnsi="Aptos"/>
                <w:color w:val="606C78"/>
                <w:sz w:val="20"/>
              </w:rPr>
              <w:t>acompañamiento</w:t>
            </w:r>
            <w:r w:rsidRPr="00D15352">
              <w:rPr>
                <w:rFonts w:ascii="Aptos" w:hAnsi="Aptos"/>
                <w:color w:val="606C78"/>
                <w:sz w:val="20"/>
              </w:rPr>
              <w:t xml:space="preserve">, </w:t>
            </w:r>
            <w:r w:rsidR="00106454" w:rsidRPr="00D15352">
              <w:rPr>
                <w:rFonts w:ascii="Aptos" w:hAnsi="Aptos"/>
                <w:color w:val="606C78"/>
                <w:sz w:val="20"/>
              </w:rPr>
              <w:t>formación</w:t>
            </w:r>
            <w:r w:rsidRPr="00D15352">
              <w:rPr>
                <w:rFonts w:ascii="Aptos" w:hAnsi="Aptos"/>
                <w:color w:val="606C78"/>
                <w:sz w:val="20"/>
              </w:rPr>
              <w:t xml:space="preserve">, seguro, registro, </w:t>
            </w:r>
            <w:r w:rsidR="00106454" w:rsidRPr="00D15352">
              <w:rPr>
                <w:rFonts w:ascii="Aptos" w:hAnsi="Aptos"/>
                <w:color w:val="606C78"/>
                <w:sz w:val="20"/>
              </w:rPr>
              <w:t>supervisión</w:t>
            </w:r>
            <w:r w:rsidRPr="00D15352">
              <w:rPr>
                <w:rFonts w:ascii="Aptos" w:hAnsi="Aptos"/>
                <w:color w:val="606C78"/>
                <w:sz w:val="20"/>
              </w:rPr>
              <w:t xml:space="preserve">, </w:t>
            </w:r>
            <w:r w:rsidR="00106454" w:rsidRPr="00D15352">
              <w:rPr>
                <w:rFonts w:ascii="Aptos" w:hAnsi="Aptos"/>
                <w:color w:val="606C78"/>
                <w:sz w:val="20"/>
              </w:rPr>
              <w:t>protección</w:t>
            </w:r>
            <w:r w:rsidRPr="00D15352">
              <w:rPr>
                <w:rFonts w:ascii="Aptos" w:hAnsi="Aptos"/>
                <w:color w:val="606C78"/>
                <w:sz w:val="20"/>
              </w:rPr>
              <w:t xml:space="preserve"> de datos, </w:t>
            </w:r>
            <w:r w:rsidR="00106454" w:rsidRPr="00D15352">
              <w:rPr>
                <w:rFonts w:ascii="Aptos" w:hAnsi="Aptos"/>
                <w:color w:val="606C78"/>
                <w:sz w:val="20"/>
              </w:rPr>
              <w:t>prevención</w:t>
            </w:r>
            <w:r w:rsidRPr="00D15352">
              <w:rPr>
                <w:rFonts w:ascii="Aptos" w:hAnsi="Aptos"/>
                <w:color w:val="606C78"/>
                <w:sz w:val="20"/>
              </w:rPr>
              <w:t xml:space="preserve"> de riesgos, etc.]</w:t>
            </w:r>
          </w:p>
        </w:tc>
      </w:tr>
    </w:tbl>
    <w:p w14:paraId="3461D779" w14:textId="77777777" w:rsidR="00632820" w:rsidRPr="00D15352" w:rsidRDefault="00632820"/>
    <w:tbl>
      <w:tblPr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418"/>
        <w:gridCol w:w="8782"/>
      </w:tblGrid>
      <w:tr w:rsidR="00632820" w:rsidRPr="00D15352" w14:paraId="78F38A55" w14:textId="77777777" w:rsidTr="00106454">
        <w:trPr>
          <w:jc w:val="center"/>
        </w:trPr>
        <w:tc>
          <w:tcPr>
            <w:tcW w:w="1418" w:type="dxa"/>
            <w:shd w:val="clear" w:color="auto" w:fill="0E3D73"/>
            <w:tcMar>
              <w:top w:w="90" w:type="dxa"/>
              <w:left w:w="120" w:type="dxa"/>
              <w:bottom w:w="90" w:type="dxa"/>
              <w:right w:w="120" w:type="dxa"/>
            </w:tcMar>
            <w:vAlign w:val="center"/>
          </w:tcPr>
          <w:p w14:paraId="3CF2D8B6" w14:textId="77777777" w:rsidR="00632820" w:rsidRPr="00D15352" w:rsidRDefault="0098018D">
            <w:pPr>
              <w:jc w:val="center"/>
            </w:pPr>
            <w:r w:rsidRPr="00D15352">
              <w:drawing>
                <wp:inline distT="0" distB="0" distL="0" distR="0" wp14:anchorId="5D7EC553" wp14:editId="117DC94E">
                  <wp:extent cx="486000" cy="486000"/>
                  <wp:effectExtent l="0" t="0" r="9525" b="952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enerated_image_20260625074727_6.pn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000" cy="4860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2" w:type="dxa"/>
            <w:shd w:val="clear" w:color="auto" w:fill="EAF5F9"/>
            <w:tcMar>
              <w:top w:w="90" w:type="dxa"/>
              <w:left w:w="120" w:type="dxa"/>
              <w:bottom w:w="90" w:type="dxa"/>
              <w:right w:w="120" w:type="dxa"/>
            </w:tcMar>
            <w:vAlign w:val="center"/>
          </w:tcPr>
          <w:p w14:paraId="32EB67D1" w14:textId="338389B2" w:rsidR="00632820" w:rsidRPr="00D15352" w:rsidRDefault="0098018D">
            <w:r w:rsidRPr="00D15352">
              <w:rPr>
                <w:rFonts w:ascii="Aptos Display" w:hAnsi="Aptos Display"/>
                <w:b/>
                <w:color w:val="0E3D73"/>
                <w:sz w:val="27"/>
              </w:rPr>
              <w:t xml:space="preserve">6. Procedimiento de </w:t>
            </w:r>
            <w:r w:rsidR="00106454" w:rsidRPr="00D15352">
              <w:rPr>
                <w:rFonts w:ascii="Aptos Display" w:hAnsi="Aptos Display"/>
                <w:b/>
                <w:color w:val="0E3D73"/>
                <w:sz w:val="27"/>
              </w:rPr>
              <w:t>admisión</w:t>
            </w:r>
            <w:r w:rsidRPr="00D15352">
              <w:rPr>
                <w:rFonts w:ascii="Aptos Display" w:hAnsi="Aptos Display"/>
                <w:b/>
                <w:color w:val="0E3D73"/>
                <w:sz w:val="27"/>
              </w:rPr>
              <w:t xml:space="preserve"> y baja</w:t>
            </w:r>
          </w:p>
          <w:p w14:paraId="6D46D71F" w14:textId="49B58D57" w:rsidR="00632820" w:rsidRPr="00D15352" w:rsidRDefault="0098018D">
            <w:pPr>
              <w:spacing w:before="40" w:after="0"/>
            </w:pPr>
            <w:r w:rsidRPr="00D15352">
              <w:rPr>
                <w:rFonts w:ascii="Aptos" w:hAnsi="Aptos"/>
                <w:color w:val="606C78"/>
                <w:sz w:val="18"/>
              </w:rPr>
              <w:t xml:space="preserve">Itinerario de </w:t>
            </w:r>
            <w:r w:rsidR="00106454" w:rsidRPr="00D15352">
              <w:rPr>
                <w:rFonts w:ascii="Aptos" w:hAnsi="Aptos"/>
                <w:color w:val="606C78"/>
                <w:sz w:val="18"/>
              </w:rPr>
              <w:t>incorporación</w:t>
            </w:r>
            <w:r w:rsidRPr="00D15352">
              <w:rPr>
                <w:rFonts w:ascii="Aptos" w:hAnsi="Aptos"/>
                <w:color w:val="606C78"/>
                <w:sz w:val="18"/>
              </w:rPr>
              <w:t xml:space="preserve"> y causas de </w:t>
            </w:r>
            <w:r w:rsidR="00106454" w:rsidRPr="00D15352">
              <w:rPr>
                <w:rFonts w:ascii="Aptos" w:hAnsi="Aptos"/>
                <w:color w:val="606C78"/>
                <w:sz w:val="18"/>
              </w:rPr>
              <w:t>desvinculación</w:t>
            </w:r>
            <w:r w:rsidRPr="00D15352">
              <w:rPr>
                <w:rFonts w:ascii="Aptos" w:hAnsi="Aptos"/>
                <w:color w:val="606C78"/>
                <w:sz w:val="18"/>
              </w:rPr>
              <w:t>.</w:t>
            </w:r>
          </w:p>
        </w:tc>
      </w:tr>
    </w:tbl>
    <w:p w14:paraId="0FB78278" w14:textId="77777777" w:rsidR="00632820" w:rsidRPr="00D15352" w:rsidRDefault="00632820"/>
    <w:tbl>
      <w:tblPr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2608"/>
        <w:gridCol w:w="6463"/>
      </w:tblGrid>
      <w:tr w:rsidR="00632820" w:rsidRPr="00D15352" w14:paraId="04A1915F" w14:textId="77777777">
        <w:trPr>
          <w:trHeight w:val="1200"/>
          <w:jc w:val="center"/>
        </w:trPr>
        <w:tc>
          <w:tcPr>
            <w:tcW w:w="2608" w:type="dxa"/>
            <w:shd w:val="clear" w:color="auto" w:fill="DCEEF5"/>
            <w:tcMar>
              <w:top w:w="130" w:type="dxa"/>
              <w:left w:w="150" w:type="dxa"/>
              <w:bottom w:w="130" w:type="dxa"/>
              <w:right w:w="150" w:type="dxa"/>
            </w:tcMar>
            <w:vAlign w:val="center"/>
          </w:tcPr>
          <w:p w14:paraId="56E671E8" w14:textId="5240B0B2" w:rsidR="00632820" w:rsidRPr="00D15352" w:rsidRDefault="0098018D">
            <w:pPr>
              <w:spacing w:after="80" w:line="264" w:lineRule="auto"/>
            </w:pPr>
            <w:r w:rsidRPr="00D15352">
              <w:rPr>
                <w:rFonts w:ascii="Aptos" w:hAnsi="Aptos"/>
                <w:color w:val="0E3D73"/>
                <w:sz w:val="20"/>
              </w:rPr>
              <w:t>Procedimiento de admisi</w:t>
            </w:r>
            <w:r w:rsidR="00106454" w:rsidRPr="00D15352">
              <w:rPr>
                <w:rFonts w:ascii="Aptos" w:hAnsi="Aptos"/>
                <w:color w:val="0E3D73"/>
                <w:sz w:val="20"/>
              </w:rPr>
              <w:t>ó</w:t>
            </w:r>
            <w:r w:rsidRPr="00D15352">
              <w:rPr>
                <w:rFonts w:ascii="Aptos" w:hAnsi="Aptos"/>
                <w:color w:val="0E3D73"/>
                <w:sz w:val="20"/>
              </w:rPr>
              <w:t>n / incorporaci</w:t>
            </w:r>
            <w:r w:rsidR="00106454" w:rsidRPr="00D15352">
              <w:rPr>
                <w:rFonts w:ascii="Aptos" w:hAnsi="Aptos"/>
                <w:color w:val="0E3D73"/>
                <w:sz w:val="20"/>
              </w:rPr>
              <w:t>ó</w:t>
            </w:r>
            <w:r w:rsidRPr="00D15352">
              <w:rPr>
                <w:rFonts w:ascii="Aptos" w:hAnsi="Aptos"/>
                <w:color w:val="0E3D73"/>
                <w:sz w:val="20"/>
              </w:rPr>
              <w:t>n</w:t>
            </w:r>
          </w:p>
        </w:tc>
        <w:tc>
          <w:tcPr>
            <w:tcW w:w="6463" w:type="dxa"/>
            <w:shd w:val="clear" w:color="auto" w:fill="FFFFFF"/>
            <w:tcMar>
              <w:top w:w="130" w:type="dxa"/>
              <w:left w:w="150" w:type="dxa"/>
              <w:bottom w:w="130" w:type="dxa"/>
              <w:right w:w="150" w:type="dxa"/>
            </w:tcMar>
            <w:vAlign w:val="center"/>
          </w:tcPr>
          <w:p w14:paraId="66E5A06C" w14:textId="48DB6635" w:rsidR="00632820" w:rsidRPr="00D15352" w:rsidRDefault="0098018D">
            <w:pPr>
              <w:spacing w:after="80" w:line="264" w:lineRule="auto"/>
            </w:pPr>
            <w:r w:rsidRPr="00D15352">
              <w:rPr>
                <w:rFonts w:ascii="Aptos" w:hAnsi="Aptos"/>
                <w:color w:val="606C78"/>
                <w:sz w:val="20"/>
              </w:rPr>
              <w:t>[</w:t>
            </w:r>
            <w:r w:rsidR="00106454" w:rsidRPr="00D15352">
              <w:rPr>
                <w:rFonts w:ascii="Aptos" w:hAnsi="Aptos"/>
                <w:color w:val="606C78"/>
                <w:sz w:val="20"/>
              </w:rPr>
              <w:t>Difusión</w:t>
            </w:r>
            <w:r w:rsidRPr="00D15352">
              <w:rPr>
                <w:rFonts w:ascii="Aptos" w:hAnsi="Aptos"/>
                <w:color w:val="606C78"/>
                <w:sz w:val="20"/>
              </w:rPr>
              <w:t xml:space="preserve">, </w:t>
            </w:r>
            <w:r w:rsidR="00106454" w:rsidRPr="00D15352">
              <w:rPr>
                <w:rFonts w:ascii="Aptos" w:hAnsi="Aptos"/>
                <w:color w:val="606C78"/>
                <w:sz w:val="20"/>
              </w:rPr>
              <w:t>recepción</w:t>
            </w:r>
            <w:r w:rsidRPr="00D15352">
              <w:rPr>
                <w:rFonts w:ascii="Aptos" w:hAnsi="Aptos"/>
                <w:color w:val="606C78"/>
                <w:sz w:val="20"/>
              </w:rPr>
              <w:t xml:space="preserve"> de candidaturas, entrevistas, comprobaciones documentales, </w:t>
            </w:r>
            <w:r w:rsidR="00106454" w:rsidRPr="00D15352">
              <w:rPr>
                <w:rFonts w:ascii="Aptos" w:hAnsi="Aptos"/>
                <w:color w:val="606C78"/>
                <w:sz w:val="20"/>
              </w:rPr>
              <w:t>formación</w:t>
            </w:r>
            <w:r w:rsidRPr="00D15352">
              <w:rPr>
                <w:rFonts w:ascii="Aptos" w:hAnsi="Aptos"/>
                <w:color w:val="606C78"/>
                <w:sz w:val="20"/>
              </w:rPr>
              <w:t xml:space="preserve"> inicial, firma del acuerdo, </w:t>
            </w:r>
            <w:r w:rsidR="00106454" w:rsidRPr="00D15352">
              <w:rPr>
                <w:rFonts w:ascii="Aptos" w:hAnsi="Aptos"/>
                <w:color w:val="606C78"/>
                <w:sz w:val="20"/>
              </w:rPr>
              <w:t>asignación</w:t>
            </w:r>
            <w:r w:rsidRPr="00D15352">
              <w:rPr>
                <w:rFonts w:ascii="Aptos" w:hAnsi="Aptos"/>
                <w:color w:val="606C78"/>
                <w:sz w:val="20"/>
              </w:rPr>
              <w:t xml:space="preserve"> de funciones, etc.]</w:t>
            </w:r>
          </w:p>
        </w:tc>
      </w:tr>
      <w:tr w:rsidR="00632820" w:rsidRPr="00D15352" w14:paraId="6729313F" w14:textId="77777777">
        <w:trPr>
          <w:trHeight w:val="1200"/>
          <w:jc w:val="center"/>
        </w:trPr>
        <w:tc>
          <w:tcPr>
            <w:tcW w:w="2608" w:type="dxa"/>
            <w:shd w:val="clear" w:color="auto" w:fill="DCEEF5"/>
            <w:tcMar>
              <w:top w:w="130" w:type="dxa"/>
              <w:left w:w="150" w:type="dxa"/>
              <w:bottom w:w="130" w:type="dxa"/>
              <w:right w:w="150" w:type="dxa"/>
            </w:tcMar>
            <w:vAlign w:val="center"/>
          </w:tcPr>
          <w:p w14:paraId="7174E4C2" w14:textId="7CDC929A" w:rsidR="00632820" w:rsidRPr="00D15352" w:rsidRDefault="0098018D">
            <w:pPr>
              <w:spacing w:after="80" w:line="264" w:lineRule="auto"/>
            </w:pPr>
            <w:r w:rsidRPr="00D15352">
              <w:rPr>
                <w:rFonts w:ascii="Aptos" w:hAnsi="Aptos"/>
                <w:color w:val="0E3D73"/>
                <w:sz w:val="20"/>
              </w:rPr>
              <w:t xml:space="preserve">Perdida de la </w:t>
            </w:r>
            <w:r w:rsidR="00106454" w:rsidRPr="00D15352">
              <w:rPr>
                <w:rFonts w:ascii="Aptos" w:hAnsi="Aptos"/>
                <w:color w:val="0E3D73"/>
                <w:sz w:val="20"/>
              </w:rPr>
              <w:t>condición</w:t>
            </w:r>
            <w:r w:rsidRPr="00D15352">
              <w:rPr>
                <w:rFonts w:ascii="Aptos" w:hAnsi="Aptos"/>
                <w:color w:val="0E3D73"/>
                <w:sz w:val="20"/>
              </w:rPr>
              <w:t xml:space="preserve"> de persona voluntaria / baja</w:t>
            </w:r>
          </w:p>
        </w:tc>
        <w:tc>
          <w:tcPr>
            <w:tcW w:w="6463" w:type="dxa"/>
            <w:shd w:val="clear" w:color="auto" w:fill="FFFFFF"/>
            <w:tcMar>
              <w:top w:w="130" w:type="dxa"/>
              <w:left w:w="150" w:type="dxa"/>
              <w:bottom w:w="130" w:type="dxa"/>
              <w:right w:w="150" w:type="dxa"/>
            </w:tcMar>
            <w:vAlign w:val="center"/>
          </w:tcPr>
          <w:p w14:paraId="303EF407" w14:textId="3282916C" w:rsidR="00632820" w:rsidRPr="00D15352" w:rsidRDefault="0098018D">
            <w:pPr>
              <w:spacing w:after="80" w:line="264" w:lineRule="auto"/>
            </w:pPr>
            <w:r w:rsidRPr="00D15352">
              <w:rPr>
                <w:rFonts w:ascii="Aptos" w:hAnsi="Aptos"/>
                <w:color w:val="606C78"/>
                <w:sz w:val="20"/>
              </w:rPr>
              <w:t xml:space="preserve">[Renuncia, incumplimiento, </w:t>
            </w:r>
            <w:r w:rsidR="00106454" w:rsidRPr="00D15352">
              <w:rPr>
                <w:rFonts w:ascii="Aptos" w:hAnsi="Aptos"/>
                <w:color w:val="606C78"/>
                <w:sz w:val="20"/>
              </w:rPr>
              <w:t>finalización</w:t>
            </w:r>
            <w:r w:rsidRPr="00D15352">
              <w:rPr>
                <w:rFonts w:ascii="Aptos" w:hAnsi="Aptos"/>
                <w:color w:val="606C78"/>
                <w:sz w:val="20"/>
              </w:rPr>
              <w:t xml:space="preserve"> del programa, incompatibilidades, procedimiento interno, </w:t>
            </w:r>
            <w:r w:rsidR="00106454" w:rsidRPr="00D15352">
              <w:rPr>
                <w:rFonts w:ascii="Aptos" w:hAnsi="Aptos"/>
                <w:color w:val="606C78"/>
                <w:sz w:val="20"/>
              </w:rPr>
              <w:t>devolución</w:t>
            </w:r>
            <w:r w:rsidRPr="00D15352">
              <w:rPr>
                <w:rFonts w:ascii="Aptos" w:hAnsi="Aptos"/>
                <w:color w:val="606C78"/>
                <w:sz w:val="20"/>
              </w:rPr>
              <w:t xml:space="preserve"> de materiales, etc.]</w:t>
            </w:r>
          </w:p>
        </w:tc>
      </w:tr>
    </w:tbl>
    <w:p w14:paraId="1FC39945" w14:textId="77777777" w:rsidR="00632820" w:rsidRPr="00D15352" w:rsidRDefault="00632820"/>
    <w:p w14:paraId="208BD013" w14:textId="77777777" w:rsidR="00106454" w:rsidRPr="00D15352" w:rsidRDefault="00106454">
      <w:r w:rsidRPr="00D15352">
        <w:br w:type="page"/>
      </w:r>
    </w:p>
    <w:tbl>
      <w:tblPr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560"/>
        <w:gridCol w:w="8640"/>
      </w:tblGrid>
      <w:tr w:rsidR="00632820" w:rsidRPr="00D15352" w14:paraId="13B391F8" w14:textId="77777777" w:rsidTr="00106454">
        <w:trPr>
          <w:jc w:val="center"/>
        </w:trPr>
        <w:tc>
          <w:tcPr>
            <w:tcW w:w="1560" w:type="dxa"/>
            <w:shd w:val="clear" w:color="auto" w:fill="0E3D73"/>
            <w:tcMar>
              <w:top w:w="90" w:type="dxa"/>
              <w:left w:w="120" w:type="dxa"/>
              <w:bottom w:w="90" w:type="dxa"/>
              <w:right w:w="120" w:type="dxa"/>
            </w:tcMar>
            <w:vAlign w:val="center"/>
          </w:tcPr>
          <w:p w14:paraId="0562CB0E" w14:textId="34F11A54" w:rsidR="00632820" w:rsidRPr="00D15352" w:rsidRDefault="0098018D">
            <w:pPr>
              <w:jc w:val="center"/>
            </w:pPr>
            <w:r w:rsidRPr="00D15352">
              <w:lastRenderedPageBreak/>
              <w:drawing>
                <wp:inline distT="0" distB="0" distL="0" distR="0" wp14:anchorId="0A4F9DF4" wp14:editId="1484256A">
                  <wp:extent cx="486000" cy="486000"/>
                  <wp:effectExtent l="0" t="0" r="9525" b="952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enerated_image_20260625074727_7.png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000" cy="4860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0" w:type="dxa"/>
            <w:shd w:val="clear" w:color="auto" w:fill="EAF5F9"/>
            <w:tcMar>
              <w:top w:w="90" w:type="dxa"/>
              <w:left w:w="120" w:type="dxa"/>
              <w:bottom w:w="90" w:type="dxa"/>
              <w:right w:w="120" w:type="dxa"/>
            </w:tcMar>
            <w:vAlign w:val="center"/>
          </w:tcPr>
          <w:p w14:paraId="3CA5B562" w14:textId="40CC57CC" w:rsidR="00632820" w:rsidRPr="00D15352" w:rsidRDefault="0098018D">
            <w:r w:rsidRPr="00D15352">
              <w:rPr>
                <w:rFonts w:ascii="Aptos Display" w:hAnsi="Aptos Display"/>
                <w:b/>
                <w:color w:val="0E3D73"/>
                <w:sz w:val="27"/>
              </w:rPr>
              <w:t xml:space="preserve">7. </w:t>
            </w:r>
            <w:r w:rsidR="00106454" w:rsidRPr="00D15352">
              <w:rPr>
                <w:rFonts w:ascii="Aptos Display" w:hAnsi="Aptos Display"/>
                <w:b/>
                <w:color w:val="0E3D73"/>
                <w:sz w:val="27"/>
              </w:rPr>
              <w:t>Formación</w:t>
            </w:r>
            <w:r w:rsidRPr="00D15352">
              <w:rPr>
                <w:rFonts w:ascii="Aptos Display" w:hAnsi="Aptos Display"/>
                <w:b/>
                <w:color w:val="0E3D73"/>
                <w:sz w:val="27"/>
              </w:rPr>
              <w:t xml:space="preserve"> y </w:t>
            </w:r>
            <w:r w:rsidR="00106454" w:rsidRPr="00D15352">
              <w:rPr>
                <w:rFonts w:ascii="Aptos Display" w:hAnsi="Aptos Display"/>
                <w:b/>
                <w:color w:val="0E3D73"/>
                <w:sz w:val="27"/>
              </w:rPr>
              <w:t>participación</w:t>
            </w:r>
          </w:p>
          <w:p w14:paraId="410BBA93" w14:textId="41EA783A" w:rsidR="00632820" w:rsidRPr="00D15352" w:rsidRDefault="00106454">
            <w:pPr>
              <w:spacing w:before="40" w:after="0"/>
            </w:pPr>
            <w:r w:rsidRPr="00D15352">
              <w:rPr>
                <w:rFonts w:ascii="Aptos" w:hAnsi="Aptos"/>
                <w:color w:val="606C78"/>
                <w:sz w:val="18"/>
              </w:rPr>
              <w:t>Formación inicial, continua y canales de participación.</w:t>
            </w:r>
          </w:p>
        </w:tc>
      </w:tr>
    </w:tbl>
    <w:p w14:paraId="34CE0A41" w14:textId="77777777" w:rsidR="00632820" w:rsidRPr="00D15352" w:rsidRDefault="00632820"/>
    <w:tbl>
      <w:tblPr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2608"/>
        <w:gridCol w:w="6463"/>
      </w:tblGrid>
      <w:tr w:rsidR="00632820" w:rsidRPr="00D15352" w14:paraId="1FB6B1AD" w14:textId="77777777">
        <w:trPr>
          <w:trHeight w:val="980"/>
          <w:jc w:val="center"/>
        </w:trPr>
        <w:tc>
          <w:tcPr>
            <w:tcW w:w="2608" w:type="dxa"/>
            <w:shd w:val="clear" w:color="auto" w:fill="DCEEF5"/>
            <w:tcMar>
              <w:top w:w="130" w:type="dxa"/>
              <w:left w:w="150" w:type="dxa"/>
              <w:bottom w:w="130" w:type="dxa"/>
              <w:right w:w="150" w:type="dxa"/>
            </w:tcMar>
            <w:vAlign w:val="center"/>
          </w:tcPr>
          <w:p w14:paraId="3E24A49F" w14:textId="07601FA2" w:rsidR="00632820" w:rsidRPr="00D15352" w:rsidRDefault="0098018D">
            <w:pPr>
              <w:spacing w:after="80" w:line="264" w:lineRule="auto"/>
            </w:pPr>
            <w:r w:rsidRPr="00D15352">
              <w:rPr>
                <w:rFonts w:ascii="Aptos" w:hAnsi="Aptos"/>
                <w:color w:val="0E3D73"/>
                <w:sz w:val="20"/>
              </w:rPr>
              <w:t>Formaci</w:t>
            </w:r>
            <w:r w:rsidR="00106454" w:rsidRPr="00D15352">
              <w:rPr>
                <w:rFonts w:ascii="Aptos" w:hAnsi="Aptos"/>
                <w:color w:val="0E3D73"/>
                <w:sz w:val="20"/>
              </w:rPr>
              <w:t>ó</w:t>
            </w:r>
            <w:r w:rsidRPr="00D15352">
              <w:rPr>
                <w:rFonts w:ascii="Aptos" w:hAnsi="Aptos"/>
                <w:color w:val="0E3D73"/>
                <w:sz w:val="20"/>
              </w:rPr>
              <w:t>n inicial</w:t>
            </w:r>
          </w:p>
        </w:tc>
        <w:tc>
          <w:tcPr>
            <w:tcW w:w="6463" w:type="dxa"/>
            <w:shd w:val="clear" w:color="auto" w:fill="FFFFFF"/>
            <w:tcMar>
              <w:top w:w="130" w:type="dxa"/>
              <w:left w:w="150" w:type="dxa"/>
              <w:bottom w:w="130" w:type="dxa"/>
              <w:right w:w="150" w:type="dxa"/>
            </w:tcMar>
            <w:vAlign w:val="center"/>
          </w:tcPr>
          <w:p w14:paraId="72791500" w14:textId="276E6B5D" w:rsidR="00632820" w:rsidRPr="00D15352" w:rsidRDefault="0098018D">
            <w:pPr>
              <w:spacing w:after="80" w:line="264" w:lineRule="auto"/>
            </w:pPr>
            <w:r w:rsidRPr="00D15352">
              <w:rPr>
                <w:rFonts w:ascii="Aptos" w:hAnsi="Aptos"/>
                <w:color w:val="606C78"/>
                <w:sz w:val="20"/>
              </w:rPr>
              <w:t xml:space="preserve">[Contenidos </w:t>
            </w:r>
            <w:r w:rsidR="00106454" w:rsidRPr="00D15352">
              <w:rPr>
                <w:rFonts w:ascii="Aptos" w:hAnsi="Aptos"/>
                <w:color w:val="606C78"/>
                <w:sz w:val="20"/>
              </w:rPr>
              <w:t>mínimos</w:t>
            </w:r>
            <w:r w:rsidRPr="00D15352">
              <w:rPr>
                <w:rFonts w:ascii="Aptos" w:hAnsi="Aptos"/>
                <w:color w:val="606C78"/>
                <w:sz w:val="20"/>
              </w:rPr>
              <w:t xml:space="preserve">, </w:t>
            </w:r>
            <w:r w:rsidR="00106454" w:rsidRPr="00D15352">
              <w:rPr>
                <w:rFonts w:ascii="Aptos" w:hAnsi="Aptos"/>
                <w:color w:val="606C78"/>
                <w:sz w:val="20"/>
              </w:rPr>
              <w:t>duración</w:t>
            </w:r>
            <w:r w:rsidRPr="00D15352">
              <w:rPr>
                <w:rFonts w:ascii="Aptos" w:hAnsi="Aptos"/>
                <w:color w:val="606C78"/>
                <w:sz w:val="20"/>
              </w:rPr>
              <w:t xml:space="preserve">, modalidad, responsable y momento de </w:t>
            </w:r>
            <w:r w:rsidR="00106454" w:rsidRPr="00D15352">
              <w:rPr>
                <w:rFonts w:ascii="Aptos" w:hAnsi="Aptos"/>
                <w:color w:val="606C78"/>
                <w:sz w:val="20"/>
              </w:rPr>
              <w:t>realización</w:t>
            </w:r>
            <w:r w:rsidRPr="00D15352">
              <w:rPr>
                <w:rFonts w:ascii="Aptos" w:hAnsi="Aptos"/>
                <w:color w:val="606C78"/>
                <w:sz w:val="20"/>
              </w:rPr>
              <w:t>]</w:t>
            </w:r>
          </w:p>
        </w:tc>
      </w:tr>
      <w:tr w:rsidR="00632820" w:rsidRPr="00D15352" w14:paraId="29947D82" w14:textId="77777777">
        <w:trPr>
          <w:trHeight w:val="980"/>
          <w:jc w:val="center"/>
        </w:trPr>
        <w:tc>
          <w:tcPr>
            <w:tcW w:w="2608" w:type="dxa"/>
            <w:shd w:val="clear" w:color="auto" w:fill="DCEEF5"/>
            <w:tcMar>
              <w:top w:w="130" w:type="dxa"/>
              <w:left w:w="150" w:type="dxa"/>
              <w:bottom w:w="130" w:type="dxa"/>
              <w:right w:w="150" w:type="dxa"/>
            </w:tcMar>
            <w:vAlign w:val="center"/>
          </w:tcPr>
          <w:p w14:paraId="67F27D49" w14:textId="42519173" w:rsidR="00632820" w:rsidRPr="00D15352" w:rsidRDefault="0098018D">
            <w:pPr>
              <w:spacing w:after="80" w:line="264" w:lineRule="auto"/>
            </w:pPr>
            <w:r w:rsidRPr="00D15352">
              <w:rPr>
                <w:rFonts w:ascii="Aptos" w:hAnsi="Aptos"/>
                <w:color w:val="0E3D73"/>
                <w:sz w:val="20"/>
              </w:rPr>
              <w:t>Formaci</w:t>
            </w:r>
            <w:r w:rsidR="00106454" w:rsidRPr="00D15352">
              <w:rPr>
                <w:rFonts w:ascii="Aptos" w:hAnsi="Aptos"/>
                <w:color w:val="0E3D73"/>
                <w:sz w:val="20"/>
              </w:rPr>
              <w:t>ó</w:t>
            </w:r>
            <w:r w:rsidRPr="00D15352">
              <w:rPr>
                <w:rFonts w:ascii="Aptos" w:hAnsi="Aptos"/>
                <w:color w:val="0E3D73"/>
                <w:sz w:val="20"/>
              </w:rPr>
              <w:t>n continua y apoyo / supervisi</w:t>
            </w:r>
            <w:r w:rsidR="00106454" w:rsidRPr="00D15352">
              <w:rPr>
                <w:rFonts w:ascii="Aptos" w:hAnsi="Aptos"/>
                <w:color w:val="0E3D73"/>
                <w:sz w:val="20"/>
              </w:rPr>
              <w:t>ó</w:t>
            </w:r>
            <w:r w:rsidRPr="00D15352">
              <w:rPr>
                <w:rFonts w:ascii="Aptos" w:hAnsi="Aptos"/>
                <w:color w:val="0E3D73"/>
                <w:sz w:val="20"/>
              </w:rPr>
              <w:t>n</w:t>
            </w:r>
          </w:p>
        </w:tc>
        <w:tc>
          <w:tcPr>
            <w:tcW w:w="6463" w:type="dxa"/>
            <w:shd w:val="clear" w:color="auto" w:fill="FFFFFF"/>
            <w:tcMar>
              <w:top w:w="130" w:type="dxa"/>
              <w:left w:w="150" w:type="dxa"/>
              <w:bottom w:w="130" w:type="dxa"/>
              <w:right w:w="150" w:type="dxa"/>
            </w:tcMar>
            <w:vAlign w:val="center"/>
          </w:tcPr>
          <w:p w14:paraId="100BC1E9" w14:textId="011E4C49" w:rsidR="00632820" w:rsidRPr="00D15352" w:rsidRDefault="0098018D">
            <w:pPr>
              <w:spacing w:after="80" w:line="264" w:lineRule="auto"/>
            </w:pPr>
            <w:r w:rsidRPr="00D15352">
              <w:rPr>
                <w:rFonts w:ascii="Aptos" w:hAnsi="Aptos"/>
                <w:color w:val="606C78"/>
                <w:sz w:val="20"/>
              </w:rPr>
              <w:t xml:space="preserve">[Reciclajes, reuniones, </w:t>
            </w:r>
            <w:r w:rsidR="00106454" w:rsidRPr="00D15352">
              <w:rPr>
                <w:rFonts w:ascii="Aptos" w:hAnsi="Aptos"/>
                <w:color w:val="606C78"/>
                <w:sz w:val="20"/>
              </w:rPr>
              <w:t>tutorías</w:t>
            </w:r>
            <w:r w:rsidRPr="00D15352">
              <w:rPr>
                <w:rFonts w:ascii="Aptos" w:hAnsi="Aptos"/>
                <w:color w:val="606C78"/>
                <w:sz w:val="20"/>
              </w:rPr>
              <w:t xml:space="preserve">, espacios de apoyo, </w:t>
            </w:r>
            <w:r w:rsidR="00106454" w:rsidRPr="00D15352">
              <w:rPr>
                <w:rFonts w:ascii="Aptos" w:hAnsi="Aptos"/>
                <w:color w:val="606C78"/>
                <w:sz w:val="20"/>
              </w:rPr>
              <w:t>evaluación</w:t>
            </w:r>
            <w:r w:rsidRPr="00D15352">
              <w:rPr>
                <w:rFonts w:ascii="Aptos" w:hAnsi="Aptos"/>
                <w:color w:val="606C78"/>
                <w:sz w:val="20"/>
              </w:rPr>
              <w:t xml:space="preserve"> del </w:t>
            </w:r>
            <w:r w:rsidR="00106454" w:rsidRPr="00D15352">
              <w:rPr>
                <w:rFonts w:ascii="Aptos" w:hAnsi="Aptos"/>
                <w:color w:val="606C78"/>
                <w:sz w:val="20"/>
              </w:rPr>
              <w:t>desempeño</w:t>
            </w:r>
            <w:r w:rsidRPr="00D15352">
              <w:rPr>
                <w:rFonts w:ascii="Aptos" w:hAnsi="Aptos"/>
                <w:color w:val="606C78"/>
                <w:sz w:val="20"/>
              </w:rPr>
              <w:t>, etc.]</w:t>
            </w:r>
          </w:p>
        </w:tc>
      </w:tr>
      <w:tr w:rsidR="00632820" w:rsidRPr="00D15352" w14:paraId="5BA98D14" w14:textId="77777777">
        <w:trPr>
          <w:trHeight w:val="980"/>
          <w:jc w:val="center"/>
        </w:trPr>
        <w:tc>
          <w:tcPr>
            <w:tcW w:w="2608" w:type="dxa"/>
            <w:shd w:val="clear" w:color="auto" w:fill="DCEEF5"/>
            <w:tcMar>
              <w:top w:w="130" w:type="dxa"/>
              <w:left w:w="150" w:type="dxa"/>
              <w:bottom w:w="130" w:type="dxa"/>
              <w:right w:w="150" w:type="dxa"/>
            </w:tcMar>
            <w:vAlign w:val="center"/>
          </w:tcPr>
          <w:p w14:paraId="703A8D4A" w14:textId="63650ECC" w:rsidR="00632820" w:rsidRPr="00D15352" w:rsidRDefault="00106454">
            <w:pPr>
              <w:spacing w:after="80" w:line="264" w:lineRule="auto"/>
            </w:pPr>
            <w:r w:rsidRPr="00D15352">
              <w:rPr>
                <w:rFonts w:ascii="Aptos" w:hAnsi="Aptos"/>
                <w:color w:val="0E3D73"/>
                <w:sz w:val="20"/>
              </w:rPr>
              <w:t>Participación de las personas voluntarias en la entidad</w:t>
            </w:r>
          </w:p>
        </w:tc>
        <w:tc>
          <w:tcPr>
            <w:tcW w:w="6463" w:type="dxa"/>
            <w:shd w:val="clear" w:color="auto" w:fill="FFFFFF"/>
            <w:tcMar>
              <w:top w:w="130" w:type="dxa"/>
              <w:left w:w="150" w:type="dxa"/>
              <w:bottom w:w="130" w:type="dxa"/>
              <w:right w:w="150" w:type="dxa"/>
            </w:tcMar>
            <w:vAlign w:val="center"/>
          </w:tcPr>
          <w:p w14:paraId="2CB6F7A8" w14:textId="731ECE46" w:rsidR="00632820" w:rsidRPr="00D15352" w:rsidRDefault="0098018D">
            <w:pPr>
              <w:spacing w:after="80" w:line="264" w:lineRule="auto"/>
            </w:pPr>
            <w:r w:rsidRPr="00D15352">
              <w:rPr>
                <w:rFonts w:ascii="Aptos" w:hAnsi="Aptos"/>
                <w:color w:val="606C78"/>
                <w:sz w:val="20"/>
              </w:rPr>
              <w:t xml:space="preserve">[Explique </w:t>
            </w:r>
            <w:r w:rsidR="00106454" w:rsidRPr="00D15352">
              <w:rPr>
                <w:rFonts w:ascii="Aptos" w:hAnsi="Aptos"/>
                <w:color w:val="606C78"/>
                <w:sz w:val="20"/>
              </w:rPr>
              <w:t>cómo</w:t>
            </w:r>
            <w:r w:rsidRPr="00D15352">
              <w:rPr>
                <w:rFonts w:ascii="Aptos" w:hAnsi="Aptos"/>
                <w:color w:val="606C78"/>
                <w:sz w:val="20"/>
              </w:rPr>
              <w:t xml:space="preserve"> participan en propuestas, reuniones, </w:t>
            </w:r>
            <w:r w:rsidR="00106454" w:rsidRPr="00D15352">
              <w:rPr>
                <w:rFonts w:ascii="Aptos" w:hAnsi="Aptos"/>
                <w:color w:val="606C78"/>
                <w:sz w:val="20"/>
              </w:rPr>
              <w:t>evaluación</w:t>
            </w:r>
            <w:r w:rsidRPr="00D15352">
              <w:rPr>
                <w:rFonts w:ascii="Aptos" w:hAnsi="Aptos"/>
                <w:color w:val="606C78"/>
                <w:sz w:val="20"/>
              </w:rPr>
              <w:t xml:space="preserve"> y mejora del plan o de los programas]</w:t>
            </w:r>
          </w:p>
        </w:tc>
      </w:tr>
    </w:tbl>
    <w:p w14:paraId="62EBF3C5" w14:textId="77777777" w:rsidR="00632820" w:rsidRPr="00D15352" w:rsidRDefault="00632820"/>
    <w:tbl>
      <w:tblPr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560"/>
        <w:gridCol w:w="8640"/>
      </w:tblGrid>
      <w:tr w:rsidR="00632820" w:rsidRPr="00D15352" w14:paraId="70ABF88D" w14:textId="77777777" w:rsidTr="00106454">
        <w:trPr>
          <w:jc w:val="center"/>
        </w:trPr>
        <w:tc>
          <w:tcPr>
            <w:tcW w:w="1560" w:type="dxa"/>
            <w:shd w:val="clear" w:color="auto" w:fill="0E3D73"/>
            <w:tcMar>
              <w:top w:w="90" w:type="dxa"/>
              <w:left w:w="120" w:type="dxa"/>
              <w:bottom w:w="90" w:type="dxa"/>
              <w:right w:w="120" w:type="dxa"/>
            </w:tcMar>
            <w:vAlign w:val="center"/>
          </w:tcPr>
          <w:p w14:paraId="6D98A12B" w14:textId="77777777" w:rsidR="00632820" w:rsidRPr="00D15352" w:rsidRDefault="0098018D">
            <w:pPr>
              <w:jc w:val="center"/>
            </w:pPr>
            <w:r w:rsidRPr="00D15352">
              <w:drawing>
                <wp:inline distT="0" distB="0" distL="0" distR="0" wp14:anchorId="19BCA7FC" wp14:editId="5452C242">
                  <wp:extent cx="486000" cy="486000"/>
                  <wp:effectExtent l="0" t="0" r="9525" b="952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enerated_image_20260625074727_8.png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000" cy="4860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0" w:type="dxa"/>
            <w:shd w:val="clear" w:color="auto" w:fill="EAF5F9"/>
            <w:tcMar>
              <w:top w:w="90" w:type="dxa"/>
              <w:left w:w="120" w:type="dxa"/>
              <w:bottom w:w="90" w:type="dxa"/>
              <w:right w:w="120" w:type="dxa"/>
            </w:tcMar>
            <w:vAlign w:val="center"/>
          </w:tcPr>
          <w:p w14:paraId="064B3BEA" w14:textId="77777777" w:rsidR="00632820" w:rsidRPr="00D15352" w:rsidRDefault="0098018D">
            <w:r w:rsidRPr="00D15352">
              <w:rPr>
                <w:rFonts w:ascii="Aptos Display" w:hAnsi="Aptos Display"/>
                <w:b/>
                <w:color w:val="0E3D73"/>
                <w:sz w:val="27"/>
              </w:rPr>
              <w:t>8. Medios y recursos necesarios</w:t>
            </w:r>
          </w:p>
          <w:p w14:paraId="1C52F6B4" w14:textId="662CA0FC" w:rsidR="00632820" w:rsidRPr="00D15352" w:rsidRDefault="0098018D">
            <w:pPr>
              <w:spacing w:before="40" w:after="0"/>
            </w:pPr>
            <w:r w:rsidRPr="00D15352">
              <w:rPr>
                <w:rFonts w:ascii="Aptos" w:hAnsi="Aptos"/>
                <w:color w:val="606C78"/>
                <w:sz w:val="18"/>
              </w:rPr>
              <w:t xml:space="preserve">Recursos humanos, materiales y </w:t>
            </w:r>
            <w:r w:rsidR="00106454" w:rsidRPr="00D15352">
              <w:rPr>
                <w:rFonts w:ascii="Aptos" w:hAnsi="Aptos"/>
                <w:color w:val="606C78"/>
                <w:sz w:val="18"/>
              </w:rPr>
              <w:t>tecnológicos</w:t>
            </w:r>
            <w:r w:rsidRPr="00D15352">
              <w:rPr>
                <w:rFonts w:ascii="Aptos" w:hAnsi="Aptos"/>
                <w:color w:val="606C78"/>
                <w:sz w:val="18"/>
              </w:rPr>
              <w:t xml:space="preserve"> requeridos.</w:t>
            </w:r>
          </w:p>
        </w:tc>
      </w:tr>
    </w:tbl>
    <w:p w14:paraId="2946DB82" w14:textId="77777777" w:rsidR="00632820" w:rsidRPr="00D15352" w:rsidRDefault="00632820"/>
    <w:tbl>
      <w:tblPr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2608"/>
        <w:gridCol w:w="6463"/>
      </w:tblGrid>
      <w:tr w:rsidR="00632820" w:rsidRPr="00D15352" w14:paraId="67709605" w14:textId="77777777">
        <w:trPr>
          <w:trHeight w:val="900"/>
          <w:jc w:val="center"/>
        </w:trPr>
        <w:tc>
          <w:tcPr>
            <w:tcW w:w="2608" w:type="dxa"/>
            <w:shd w:val="clear" w:color="auto" w:fill="DCEEF5"/>
            <w:tcMar>
              <w:top w:w="130" w:type="dxa"/>
              <w:left w:w="150" w:type="dxa"/>
              <w:bottom w:w="130" w:type="dxa"/>
              <w:right w:w="150" w:type="dxa"/>
            </w:tcMar>
            <w:vAlign w:val="center"/>
          </w:tcPr>
          <w:p w14:paraId="626D7E53" w14:textId="77777777" w:rsidR="00632820" w:rsidRPr="00D15352" w:rsidRDefault="0098018D">
            <w:pPr>
              <w:spacing w:after="80" w:line="264" w:lineRule="auto"/>
            </w:pPr>
            <w:r w:rsidRPr="00D15352">
              <w:rPr>
                <w:rFonts w:ascii="Aptos" w:hAnsi="Aptos"/>
                <w:color w:val="0E3D73"/>
                <w:sz w:val="20"/>
              </w:rPr>
              <w:t>Recursos humanos</w:t>
            </w:r>
          </w:p>
        </w:tc>
        <w:tc>
          <w:tcPr>
            <w:tcW w:w="6463" w:type="dxa"/>
            <w:shd w:val="clear" w:color="auto" w:fill="FFFFFF"/>
            <w:tcMar>
              <w:top w:w="130" w:type="dxa"/>
              <w:left w:w="150" w:type="dxa"/>
              <w:bottom w:w="130" w:type="dxa"/>
              <w:right w:w="150" w:type="dxa"/>
            </w:tcMar>
            <w:vAlign w:val="center"/>
          </w:tcPr>
          <w:p w14:paraId="0C754EF8" w14:textId="528870B5" w:rsidR="00632820" w:rsidRPr="00D15352" w:rsidRDefault="0098018D">
            <w:pPr>
              <w:spacing w:after="80" w:line="264" w:lineRule="auto"/>
            </w:pPr>
            <w:r w:rsidRPr="00D15352">
              <w:rPr>
                <w:rFonts w:ascii="Aptos" w:hAnsi="Aptos"/>
                <w:color w:val="606C78"/>
                <w:sz w:val="20"/>
              </w:rPr>
              <w:t xml:space="preserve">[Equipo </w:t>
            </w:r>
            <w:r w:rsidR="00106454" w:rsidRPr="00D15352">
              <w:rPr>
                <w:rFonts w:ascii="Aptos" w:hAnsi="Aptos"/>
                <w:color w:val="606C78"/>
                <w:sz w:val="20"/>
              </w:rPr>
              <w:t>técnico</w:t>
            </w:r>
            <w:r w:rsidRPr="00D15352">
              <w:rPr>
                <w:rFonts w:ascii="Aptos" w:hAnsi="Aptos"/>
                <w:color w:val="606C78"/>
                <w:sz w:val="20"/>
              </w:rPr>
              <w:t xml:space="preserve">, </w:t>
            </w:r>
            <w:r w:rsidR="00106454" w:rsidRPr="00D15352">
              <w:rPr>
                <w:rFonts w:ascii="Aptos" w:hAnsi="Aptos"/>
                <w:color w:val="606C78"/>
                <w:sz w:val="20"/>
              </w:rPr>
              <w:t>coordinación</w:t>
            </w:r>
            <w:r w:rsidRPr="00D15352">
              <w:rPr>
                <w:rFonts w:ascii="Aptos" w:hAnsi="Aptos"/>
                <w:color w:val="606C78"/>
                <w:sz w:val="20"/>
              </w:rPr>
              <w:t>, personal de apoyo y otras personas implicadas]</w:t>
            </w:r>
          </w:p>
        </w:tc>
      </w:tr>
      <w:tr w:rsidR="00632820" w:rsidRPr="00D15352" w14:paraId="4A3EF3C0" w14:textId="77777777">
        <w:trPr>
          <w:trHeight w:val="900"/>
          <w:jc w:val="center"/>
        </w:trPr>
        <w:tc>
          <w:tcPr>
            <w:tcW w:w="2608" w:type="dxa"/>
            <w:shd w:val="clear" w:color="auto" w:fill="DCEEF5"/>
            <w:tcMar>
              <w:top w:w="130" w:type="dxa"/>
              <w:left w:w="150" w:type="dxa"/>
              <w:bottom w:w="130" w:type="dxa"/>
              <w:right w:w="150" w:type="dxa"/>
            </w:tcMar>
            <w:vAlign w:val="center"/>
          </w:tcPr>
          <w:p w14:paraId="7B63C408" w14:textId="02885A33" w:rsidR="00632820" w:rsidRPr="00D15352" w:rsidRDefault="0098018D">
            <w:pPr>
              <w:spacing w:after="80" w:line="264" w:lineRule="auto"/>
            </w:pPr>
            <w:r w:rsidRPr="00D15352">
              <w:rPr>
                <w:rFonts w:ascii="Aptos" w:hAnsi="Aptos"/>
                <w:color w:val="0E3D73"/>
                <w:sz w:val="20"/>
              </w:rPr>
              <w:t>Recursos materiales y tecnol</w:t>
            </w:r>
            <w:r w:rsidR="00106454" w:rsidRPr="00D15352">
              <w:rPr>
                <w:rFonts w:ascii="Aptos" w:hAnsi="Aptos"/>
                <w:color w:val="0E3D73"/>
                <w:sz w:val="20"/>
              </w:rPr>
              <w:t>ó</w:t>
            </w:r>
            <w:r w:rsidRPr="00D15352">
              <w:rPr>
                <w:rFonts w:ascii="Aptos" w:hAnsi="Aptos"/>
                <w:color w:val="0E3D73"/>
                <w:sz w:val="20"/>
              </w:rPr>
              <w:t>gicos</w:t>
            </w:r>
          </w:p>
        </w:tc>
        <w:tc>
          <w:tcPr>
            <w:tcW w:w="6463" w:type="dxa"/>
            <w:shd w:val="clear" w:color="auto" w:fill="FFFFFF"/>
            <w:tcMar>
              <w:top w:w="130" w:type="dxa"/>
              <w:left w:w="150" w:type="dxa"/>
              <w:bottom w:w="130" w:type="dxa"/>
              <w:right w:w="150" w:type="dxa"/>
            </w:tcMar>
            <w:vAlign w:val="center"/>
          </w:tcPr>
          <w:p w14:paraId="0ACE53C1" w14:textId="45F5C389" w:rsidR="00632820" w:rsidRPr="00D15352" w:rsidRDefault="0098018D">
            <w:pPr>
              <w:spacing w:after="80" w:line="264" w:lineRule="auto"/>
            </w:pPr>
            <w:r w:rsidRPr="00D15352">
              <w:rPr>
                <w:rFonts w:ascii="Aptos" w:hAnsi="Aptos"/>
                <w:color w:val="606C78"/>
                <w:sz w:val="20"/>
              </w:rPr>
              <w:t xml:space="preserve">[Espacios, equipos, herramientas, transporte, </w:t>
            </w:r>
            <w:proofErr w:type="spellStart"/>
            <w:r w:rsidRPr="00D15352">
              <w:rPr>
                <w:rFonts w:ascii="Aptos" w:hAnsi="Aptos"/>
                <w:color w:val="606C78"/>
                <w:sz w:val="20"/>
              </w:rPr>
              <w:t>EPIs</w:t>
            </w:r>
            <w:proofErr w:type="spellEnd"/>
            <w:r w:rsidRPr="00D15352">
              <w:rPr>
                <w:rFonts w:ascii="Aptos" w:hAnsi="Aptos"/>
                <w:color w:val="606C78"/>
                <w:sz w:val="20"/>
              </w:rPr>
              <w:t xml:space="preserve">, aplicaciones, </w:t>
            </w:r>
            <w:r w:rsidR="00106454" w:rsidRPr="00D15352">
              <w:rPr>
                <w:rFonts w:ascii="Aptos" w:hAnsi="Aptos"/>
                <w:color w:val="606C78"/>
                <w:sz w:val="20"/>
              </w:rPr>
              <w:t>teléfonos</w:t>
            </w:r>
            <w:r w:rsidRPr="00D15352">
              <w:rPr>
                <w:rFonts w:ascii="Aptos" w:hAnsi="Aptos"/>
                <w:color w:val="606C78"/>
                <w:sz w:val="20"/>
              </w:rPr>
              <w:t>, etc.]</w:t>
            </w:r>
          </w:p>
        </w:tc>
      </w:tr>
      <w:tr w:rsidR="00632820" w:rsidRPr="00D15352" w14:paraId="0F659C81" w14:textId="77777777">
        <w:trPr>
          <w:trHeight w:val="900"/>
          <w:jc w:val="center"/>
        </w:trPr>
        <w:tc>
          <w:tcPr>
            <w:tcW w:w="2608" w:type="dxa"/>
            <w:shd w:val="clear" w:color="auto" w:fill="DCEEF5"/>
            <w:tcMar>
              <w:top w:w="130" w:type="dxa"/>
              <w:left w:w="150" w:type="dxa"/>
              <w:bottom w:w="130" w:type="dxa"/>
              <w:right w:w="150" w:type="dxa"/>
            </w:tcMar>
            <w:vAlign w:val="center"/>
          </w:tcPr>
          <w:p w14:paraId="1A18704B" w14:textId="77777777" w:rsidR="00632820" w:rsidRPr="00D15352" w:rsidRDefault="0098018D">
            <w:pPr>
              <w:spacing w:after="80" w:line="264" w:lineRule="auto"/>
            </w:pPr>
            <w:r w:rsidRPr="00D15352">
              <w:rPr>
                <w:rFonts w:ascii="Aptos" w:hAnsi="Aptos"/>
                <w:color w:val="0E3D73"/>
                <w:sz w:val="20"/>
              </w:rPr>
              <w:t>Coberturas, medidas de seguridad y otros recursos</w:t>
            </w:r>
          </w:p>
        </w:tc>
        <w:tc>
          <w:tcPr>
            <w:tcW w:w="6463" w:type="dxa"/>
            <w:shd w:val="clear" w:color="auto" w:fill="FFFFFF"/>
            <w:tcMar>
              <w:top w:w="130" w:type="dxa"/>
              <w:left w:w="150" w:type="dxa"/>
              <w:bottom w:w="130" w:type="dxa"/>
              <w:right w:w="150" w:type="dxa"/>
            </w:tcMar>
            <w:vAlign w:val="center"/>
          </w:tcPr>
          <w:p w14:paraId="328D28C0" w14:textId="65F6AA49" w:rsidR="00632820" w:rsidRPr="00D15352" w:rsidRDefault="0098018D">
            <w:pPr>
              <w:spacing w:after="80" w:line="264" w:lineRule="auto"/>
            </w:pPr>
            <w:r w:rsidRPr="00D15352">
              <w:rPr>
                <w:rFonts w:ascii="Aptos" w:hAnsi="Aptos"/>
                <w:color w:val="606C78"/>
                <w:sz w:val="20"/>
              </w:rPr>
              <w:t xml:space="preserve">[Seguros, </w:t>
            </w:r>
            <w:r w:rsidR="00106454" w:rsidRPr="00D15352">
              <w:rPr>
                <w:rFonts w:ascii="Aptos" w:hAnsi="Aptos"/>
                <w:color w:val="606C78"/>
                <w:sz w:val="20"/>
              </w:rPr>
              <w:t>prevención</w:t>
            </w:r>
            <w:r w:rsidRPr="00D15352">
              <w:rPr>
                <w:rFonts w:ascii="Aptos" w:hAnsi="Aptos"/>
                <w:color w:val="606C78"/>
                <w:sz w:val="20"/>
              </w:rPr>
              <w:t xml:space="preserve"> de riesgos, </w:t>
            </w:r>
            <w:r w:rsidR="00106454" w:rsidRPr="00D15352">
              <w:rPr>
                <w:rFonts w:ascii="Aptos" w:hAnsi="Aptos"/>
                <w:color w:val="606C78"/>
                <w:sz w:val="20"/>
              </w:rPr>
              <w:t>protección</w:t>
            </w:r>
            <w:r w:rsidRPr="00D15352">
              <w:rPr>
                <w:rFonts w:ascii="Aptos" w:hAnsi="Aptos"/>
                <w:color w:val="606C78"/>
                <w:sz w:val="20"/>
              </w:rPr>
              <w:t xml:space="preserve"> de datos, accesibilidad, materiales identificativos, etc.]</w:t>
            </w:r>
          </w:p>
        </w:tc>
      </w:tr>
    </w:tbl>
    <w:p w14:paraId="5997CC1D" w14:textId="77777777" w:rsidR="00632820" w:rsidRPr="00D15352" w:rsidRDefault="00632820"/>
    <w:p w14:paraId="7D0D7E64" w14:textId="77777777" w:rsidR="00106454" w:rsidRPr="00D15352" w:rsidRDefault="00106454">
      <w:r w:rsidRPr="00D15352">
        <w:br w:type="page"/>
      </w:r>
    </w:p>
    <w:tbl>
      <w:tblPr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418"/>
        <w:gridCol w:w="8782"/>
      </w:tblGrid>
      <w:tr w:rsidR="00632820" w:rsidRPr="00D15352" w14:paraId="0E66D5CF" w14:textId="77777777" w:rsidTr="00106454">
        <w:trPr>
          <w:jc w:val="center"/>
        </w:trPr>
        <w:tc>
          <w:tcPr>
            <w:tcW w:w="1418" w:type="dxa"/>
            <w:shd w:val="clear" w:color="auto" w:fill="0E3D73"/>
            <w:tcMar>
              <w:top w:w="90" w:type="dxa"/>
              <w:left w:w="120" w:type="dxa"/>
              <w:bottom w:w="90" w:type="dxa"/>
              <w:right w:w="120" w:type="dxa"/>
            </w:tcMar>
            <w:vAlign w:val="center"/>
          </w:tcPr>
          <w:p w14:paraId="110FFD37" w14:textId="42EF9AAC" w:rsidR="00632820" w:rsidRPr="00D15352" w:rsidRDefault="0098018D">
            <w:pPr>
              <w:jc w:val="center"/>
            </w:pPr>
            <w:r w:rsidRPr="00D15352">
              <w:lastRenderedPageBreak/>
              <w:drawing>
                <wp:inline distT="0" distB="0" distL="0" distR="0" wp14:anchorId="5688B655" wp14:editId="6789DACE">
                  <wp:extent cx="486000" cy="486000"/>
                  <wp:effectExtent l="0" t="0" r="9525" b="952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enerated_image_20260625074727_9.png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000" cy="4860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2" w:type="dxa"/>
            <w:shd w:val="clear" w:color="auto" w:fill="EAF5F9"/>
            <w:tcMar>
              <w:top w:w="90" w:type="dxa"/>
              <w:left w:w="120" w:type="dxa"/>
              <w:bottom w:w="90" w:type="dxa"/>
              <w:right w:w="120" w:type="dxa"/>
            </w:tcMar>
            <w:vAlign w:val="center"/>
          </w:tcPr>
          <w:p w14:paraId="1E63A13C" w14:textId="32656470" w:rsidR="00632820" w:rsidRPr="00D15352" w:rsidRDefault="0098018D">
            <w:r w:rsidRPr="00D15352">
              <w:rPr>
                <w:rFonts w:ascii="Aptos Display" w:hAnsi="Aptos Display"/>
                <w:b/>
                <w:color w:val="0E3D73"/>
                <w:sz w:val="27"/>
              </w:rPr>
              <w:t xml:space="preserve">9. Seguimiento y </w:t>
            </w:r>
            <w:r w:rsidR="00106454" w:rsidRPr="00D15352">
              <w:rPr>
                <w:rFonts w:ascii="Aptos Display" w:hAnsi="Aptos Display"/>
                <w:b/>
                <w:color w:val="0E3D73"/>
                <w:sz w:val="27"/>
              </w:rPr>
              <w:t>evaluación</w:t>
            </w:r>
          </w:p>
          <w:p w14:paraId="679BD881" w14:textId="77777777" w:rsidR="00632820" w:rsidRPr="00D15352" w:rsidRDefault="0098018D">
            <w:pPr>
              <w:spacing w:before="40" w:after="0"/>
            </w:pPr>
            <w:r w:rsidRPr="00D15352">
              <w:rPr>
                <w:rFonts w:ascii="Aptos" w:hAnsi="Aptos"/>
                <w:color w:val="606C78"/>
                <w:sz w:val="18"/>
              </w:rPr>
              <w:t>Indicadores, herramientas y mejora continua.</w:t>
            </w:r>
          </w:p>
        </w:tc>
      </w:tr>
    </w:tbl>
    <w:p w14:paraId="6B699379" w14:textId="77777777" w:rsidR="00632820" w:rsidRPr="00D15352" w:rsidRDefault="00632820"/>
    <w:tbl>
      <w:tblPr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2608"/>
        <w:gridCol w:w="6463"/>
      </w:tblGrid>
      <w:tr w:rsidR="00632820" w:rsidRPr="00D15352" w14:paraId="32712679" w14:textId="77777777">
        <w:trPr>
          <w:trHeight w:val="980"/>
          <w:jc w:val="center"/>
        </w:trPr>
        <w:tc>
          <w:tcPr>
            <w:tcW w:w="2608" w:type="dxa"/>
            <w:shd w:val="clear" w:color="auto" w:fill="DCEEF5"/>
            <w:tcMar>
              <w:top w:w="130" w:type="dxa"/>
              <w:left w:w="150" w:type="dxa"/>
              <w:bottom w:w="130" w:type="dxa"/>
              <w:right w:w="150" w:type="dxa"/>
            </w:tcMar>
            <w:vAlign w:val="center"/>
          </w:tcPr>
          <w:p w14:paraId="3B9B1E94" w14:textId="77777777" w:rsidR="00632820" w:rsidRPr="00D15352" w:rsidRDefault="0098018D">
            <w:pPr>
              <w:spacing w:after="80" w:line="264" w:lineRule="auto"/>
            </w:pPr>
            <w:r w:rsidRPr="00D15352">
              <w:rPr>
                <w:rFonts w:ascii="Aptos" w:hAnsi="Aptos"/>
                <w:color w:val="0E3D73"/>
                <w:sz w:val="20"/>
              </w:rPr>
              <w:t>Sistema de seguimiento</w:t>
            </w:r>
          </w:p>
        </w:tc>
        <w:tc>
          <w:tcPr>
            <w:tcW w:w="6463" w:type="dxa"/>
            <w:shd w:val="clear" w:color="auto" w:fill="FFFFFF"/>
            <w:tcMar>
              <w:top w:w="130" w:type="dxa"/>
              <w:left w:w="150" w:type="dxa"/>
              <w:bottom w:w="130" w:type="dxa"/>
              <w:right w:w="150" w:type="dxa"/>
            </w:tcMar>
            <w:vAlign w:val="center"/>
          </w:tcPr>
          <w:p w14:paraId="666FE961" w14:textId="77777777" w:rsidR="00632820" w:rsidRPr="00D15352" w:rsidRDefault="0098018D">
            <w:pPr>
              <w:spacing w:after="80" w:line="264" w:lineRule="auto"/>
            </w:pPr>
            <w:r w:rsidRPr="00D15352">
              <w:rPr>
                <w:rFonts w:ascii="Aptos" w:hAnsi="Aptos"/>
                <w:color w:val="606C78"/>
                <w:sz w:val="20"/>
              </w:rPr>
              <w:t>[Reuniones, informes, registro de actividad, responsables y periodicidad]</w:t>
            </w:r>
          </w:p>
        </w:tc>
      </w:tr>
      <w:tr w:rsidR="00632820" w:rsidRPr="00D15352" w14:paraId="05FD6BB5" w14:textId="77777777">
        <w:trPr>
          <w:trHeight w:val="980"/>
          <w:jc w:val="center"/>
        </w:trPr>
        <w:tc>
          <w:tcPr>
            <w:tcW w:w="2608" w:type="dxa"/>
            <w:shd w:val="clear" w:color="auto" w:fill="DCEEF5"/>
            <w:tcMar>
              <w:top w:w="130" w:type="dxa"/>
              <w:left w:w="150" w:type="dxa"/>
              <w:bottom w:w="130" w:type="dxa"/>
              <w:right w:w="150" w:type="dxa"/>
            </w:tcMar>
            <w:vAlign w:val="center"/>
          </w:tcPr>
          <w:p w14:paraId="02EF66CC" w14:textId="6329CD2C" w:rsidR="00632820" w:rsidRPr="00D15352" w:rsidRDefault="0098018D">
            <w:pPr>
              <w:spacing w:after="80" w:line="264" w:lineRule="auto"/>
            </w:pPr>
            <w:r w:rsidRPr="00D15352">
              <w:rPr>
                <w:rFonts w:ascii="Aptos" w:hAnsi="Aptos"/>
                <w:color w:val="0E3D73"/>
                <w:sz w:val="20"/>
              </w:rPr>
              <w:t>Sistema de evaluaci</w:t>
            </w:r>
            <w:r w:rsidR="00106454" w:rsidRPr="00D15352">
              <w:rPr>
                <w:rFonts w:ascii="Aptos" w:hAnsi="Aptos"/>
                <w:color w:val="0E3D73"/>
                <w:sz w:val="20"/>
              </w:rPr>
              <w:t>ó</w:t>
            </w:r>
            <w:r w:rsidRPr="00D15352">
              <w:rPr>
                <w:rFonts w:ascii="Aptos" w:hAnsi="Aptos"/>
                <w:color w:val="0E3D73"/>
                <w:sz w:val="20"/>
              </w:rPr>
              <w:t>n</w:t>
            </w:r>
          </w:p>
        </w:tc>
        <w:tc>
          <w:tcPr>
            <w:tcW w:w="6463" w:type="dxa"/>
            <w:shd w:val="clear" w:color="auto" w:fill="FFFFFF"/>
            <w:tcMar>
              <w:top w:w="130" w:type="dxa"/>
              <w:left w:w="150" w:type="dxa"/>
              <w:bottom w:w="130" w:type="dxa"/>
              <w:right w:w="150" w:type="dxa"/>
            </w:tcMar>
            <w:vAlign w:val="center"/>
          </w:tcPr>
          <w:p w14:paraId="30063164" w14:textId="41AFC69C" w:rsidR="00632820" w:rsidRPr="00D15352" w:rsidRDefault="0098018D">
            <w:pPr>
              <w:spacing w:after="80" w:line="264" w:lineRule="auto"/>
            </w:pPr>
            <w:r w:rsidRPr="00D15352">
              <w:rPr>
                <w:rFonts w:ascii="Aptos" w:hAnsi="Aptos"/>
                <w:color w:val="606C78"/>
                <w:sz w:val="20"/>
              </w:rPr>
              <w:t xml:space="preserve">[Indicadores cuantitativos y cualitativos, fuentes de </w:t>
            </w:r>
            <w:r w:rsidR="00106454" w:rsidRPr="00D15352">
              <w:rPr>
                <w:rFonts w:ascii="Aptos" w:hAnsi="Aptos"/>
                <w:color w:val="606C78"/>
                <w:sz w:val="20"/>
              </w:rPr>
              <w:t>información</w:t>
            </w:r>
            <w:r w:rsidRPr="00D15352">
              <w:rPr>
                <w:rFonts w:ascii="Aptos" w:hAnsi="Aptos"/>
                <w:color w:val="606C78"/>
                <w:sz w:val="20"/>
              </w:rPr>
              <w:t xml:space="preserve">, </w:t>
            </w:r>
            <w:r w:rsidR="00106454" w:rsidRPr="00D15352">
              <w:rPr>
                <w:rFonts w:ascii="Aptos" w:hAnsi="Aptos"/>
                <w:color w:val="606C78"/>
                <w:sz w:val="20"/>
              </w:rPr>
              <w:t>evaluación</w:t>
            </w:r>
            <w:r w:rsidRPr="00D15352">
              <w:rPr>
                <w:rFonts w:ascii="Aptos" w:hAnsi="Aptos"/>
                <w:color w:val="606C78"/>
                <w:sz w:val="20"/>
              </w:rPr>
              <w:t xml:space="preserve"> de </w:t>
            </w:r>
            <w:r w:rsidR="00106454" w:rsidRPr="00D15352">
              <w:rPr>
                <w:rFonts w:ascii="Aptos" w:hAnsi="Aptos"/>
                <w:color w:val="606C78"/>
                <w:sz w:val="20"/>
              </w:rPr>
              <w:t>satisfacción</w:t>
            </w:r>
            <w:r w:rsidRPr="00D15352">
              <w:rPr>
                <w:rFonts w:ascii="Aptos" w:hAnsi="Aptos"/>
                <w:color w:val="606C78"/>
                <w:sz w:val="20"/>
              </w:rPr>
              <w:t xml:space="preserve"> e impacto, etc.]</w:t>
            </w:r>
          </w:p>
        </w:tc>
      </w:tr>
      <w:tr w:rsidR="00632820" w:rsidRPr="00D15352" w14:paraId="3A0C878B" w14:textId="77777777">
        <w:trPr>
          <w:trHeight w:val="980"/>
          <w:jc w:val="center"/>
        </w:trPr>
        <w:tc>
          <w:tcPr>
            <w:tcW w:w="2608" w:type="dxa"/>
            <w:shd w:val="clear" w:color="auto" w:fill="DCEEF5"/>
            <w:tcMar>
              <w:top w:w="130" w:type="dxa"/>
              <w:left w:w="150" w:type="dxa"/>
              <w:bottom w:w="130" w:type="dxa"/>
              <w:right w:w="150" w:type="dxa"/>
            </w:tcMar>
            <w:vAlign w:val="center"/>
          </w:tcPr>
          <w:p w14:paraId="019F60AC" w14:textId="7EC8E4A4" w:rsidR="00632820" w:rsidRPr="00D15352" w:rsidRDefault="0098018D">
            <w:pPr>
              <w:spacing w:after="80" w:line="264" w:lineRule="auto"/>
            </w:pPr>
            <w:r w:rsidRPr="00D15352">
              <w:rPr>
                <w:rFonts w:ascii="Aptos" w:hAnsi="Aptos"/>
                <w:color w:val="0E3D73"/>
                <w:sz w:val="20"/>
              </w:rPr>
              <w:t xml:space="preserve">Mejora continua y </w:t>
            </w:r>
            <w:r w:rsidR="00106454" w:rsidRPr="00D15352">
              <w:rPr>
                <w:rFonts w:ascii="Aptos" w:hAnsi="Aptos"/>
                <w:color w:val="0E3D73"/>
                <w:sz w:val="20"/>
              </w:rPr>
              <w:t>revisión</w:t>
            </w:r>
            <w:r w:rsidRPr="00D15352">
              <w:rPr>
                <w:rFonts w:ascii="Aptos" w:hAnsi="Aptos"/>
                <w:color w:val="0E3D73"/>
                <w:sz w:val="20"/>
              </w:rPr>
              <w:t xml:space="preserve"> del plan</w:t>
            </w:r>
          </w:p>
        </w:tc>
        <w:tc>
          <w:tcPr>
            <w:tcW w:w="6463" w:type="dxa"/>
            <w:shd w:val="clear" w:color="auto" w:fill="FFFFFF"/>
            <w:tcMar>
              <w:top w:w="130" w:type="dxa"/>
              <w:left w:w="150" w:type="dxa"/>
              <w:bottom w:w="130" w:type="dxa"/>
              <w:right w:w="150" w:type="dxa"/>
            </w:tcMar>
            <w:vAlign w:val="center"/>
          </w:tcPr>
          <w:p w14:paraId="77AC14F7" w14:textId="4277105F" w:rsidR="00632820" w:rsidRPr="00D15352" w:rsidRDefault="0098018D">
            <w:pPr>
              <w:spacing w:after="80" w:line="264" w:lineRule="auto"/>
            </w:pPr>
            <w:r w:rsidRPr="00D15352">
              <w:rPr>
                <w:rFonts w:ascii="Aptos" w:hAnsi="Aptos"/>
                <w:color w:val="606C78"/>
                <w:sz w:val="20"/>
              </w:rPr>
              <w:t xml:space="preserve">[Explique </w:t>
            </w:r>
            <w:proofErr w:type="spellStart"/>
            <w:r w:rsidRPr="00D15352">
              <w:rPr>
                <w:rFonts w:ascii="Aptos" w:hAnsi="Aptos"/>
                <w:color w:val="606C78"/>
                <w:sz w:val="20"/>
              </w:rPr>
              <w:t>como</w:t>
            </w:r>
            <w:proofErr w:type="spellEnd"/>
            <w:r w:rsidRPr="00D15352">
              <w:rPr>
                <w:rFonts w:ascii="Aptos" w:hAnsi="Aptos"/>
                <w:color w:val="606C78"/>
                <w:sz w:val="20"/>
              </w:rPr>
              <w:t xml:space="preserve"> se </w:t>
            </w:r>
            <w:proofErr w:type="gramStart"/>
            <w:r w:rsidRPr="00D15352">
              <w:rPr>
                <w:rFonts w:ascii="Aptos" w:hAnsi="Aptos"/>
                <w:color w:val="606C78"/>
                <w:sz w:val="20"/>
              </w:rPr>
              <w:t>incorporaran</w:t>
            </w:r>
            <w:proofErr w:type="gramEnd"/>
            <w:r w:rsidRPr="00D15352">
              <w:rPr>
                <w:rFonts w:ascii="Aptos" w:hAnsi="Aptos"/>
                <w:color w:val="606C78"/>
                <w:sz w:val="20"/>
              </w:rPr>
              <w:t xml:space="preserve"> los resultados de la </w:t>
            </w:r>
            <w:r w:rsidR="00106454" w:rsidRPr="00D15352">
              <w:rPr>
                <w:rFonts w:ascii="Aptos" w:hAnsi="Aptos"/>
                <w:color w:val="606C78"/>
                <w:sz w:val="20"/>
              </w:rPr>
              <w:t>evaluación</w:t>
            </w:r>
            <w:r w:rsidRPr="00D15352">
              <w:rPr>
                <w:rFonts w:ascii="Aptos" w:hAnsi="Aptos"/>
                <w:color w:val="606C78"/>
                <w:sz w:val="20"/>
              </w:rPr>
              <w:t xml:space="preserve"> a la </w:t>
            </w:r>
            <w:r w:rsidR="00106454" w:rsidRPr="00D15352">
              <w:rPr>
                <w:rFonts w:ascii="Aptos" w:hAnsi="Aptos"/>
                <w:color w:val="606C78"/>
                <w:sz w:val="20"/>
              </w:rPr>
              <w:t>actualización</w:t>
            </w:r>
            <w:r w:rsidRPr="00D15352">
              <w:rPr>
                <w:rFonts w:ascii="Aptos" w:hAnsi="Aptos"/>
                <w:color w:val="606C78"/>
                <w:sz w:val="20"/>
              </w:rPr>
              <w:t xml:space="preserve"> del plan]</w:t>
            </w:r>
          </w:p>
        </w:tc>
      </w:tr>
    </w:tbl>
    <w:p w14:paraId="3FE9F23F" w14:textId="77777777" w:rsidR="00632820" w:rsidRPr="00D15352" w:rsidRDefault="00632820"/>
    <w:tbl>
      <w:tblPr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418"/>
        <w:gridCol w:w="8782"/>
      </w:tblGrid>
      <w:tr w:rsidR="00632820" w:rsidRPr="00D15352" w14:paraId="74CF8301" w14:textId="77777777" w:rsidTr="005251A2">
        <w:trPr>
          <w:jc w:val="center"/>
        </w:trPr>
        <w:tc>
          <w:tcPr>
            <w:tcW w:w="1418" w:type="dxa"/>
            <w:shd w:val="clear" w:color="auto" w:fill="0E3D73"/>
            <w:tcMar>
              <w:top w:w="90" w:type="dxa"/>
              <w:left w:w="120" w:type="dxa"/>
              <w:bottom w:w="90" w:type="dxa"/>
              <w:right w:w="120" w:type="dxa"/>
            </w:tcMar>
            <w:vAlign w:val="center"/>
          </w:tcPr>
          <w:p w14:paraId="1F72F646" w14:textId="77777777" w:rsidR="00632820" w:rsidRPr="00D15352" w:rsidRDefault="0098018D">
            <w:pPr>
              <w:jc w:val="center"/>
            </w:pPr>
            <w:r w:rsidRPr="00D15352">
              <w:drawing>
                <wp:inline distT="0" distB="0" distL="0" distR="0" wp14:anchorId="1F9F7ED5" wp14:editId="13BC1CFD">
                  <wp:extent cx="486000" cy="486000"/>
                  <wp:effectExtent l="0" t="0" r="9525" b="952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enerated_image_20260625074727_10.png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000" cy="4860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2" w:type="dxa"/>
            <w:shd w:val="clear" w:color="auto" w:fill="EAF5F9"/>
            <w:tcMar>
              <w:top w:w="90" w:type="dxa"/>
              <w:left w:w="120" w:type="dxa"/>
              <w:bottom w:w="90" w:type="dxa"/>
              <w:right w:w="120" w:type="dxa"/>
            </w:tcMar>
            <w:vAlign w:val="center"/>
          </w:tcPr>
          <w:p w14:paraId="4C925215" w14:textId="77777777" w:rsidR="00632820" w:rsidRPr="00D15352" w:rsidRDefault="0098018D">
            <w:r w:rsidRPr="00D15352">
              <w:rPr>
                <w:rFonts w:ascii="Aptos Display" w:hAnsi="Aptos Display"/>
                <w:b/>
                <w:color w:val="0E3D73"/>
                <w:sz w:val="27"/>
              </w:rPr>
              <w:t>10. Gastos reembolsables</w:t>
            </w:r>
          </w:p>
          <w:p w14:paraId="634CC2AD" w14:textId="1402ADBC" w:rsidR="00632820" w:rsidRPr="00D15352" w:rsidRDefault="0098018D">
            <w:pPr>
              <w:spacing w:before="40" w:after="0"/>
            </w:pPr>
            <w:r w:rsidRPr="00D15352">
              <w:rPr>
                <w:rFonts w:ascii="Aptos" w:hAnsi="Aptos"/>
                <w:color w:val="606C78"/>
                <w:sz w:val="18"/>
              </w:rPr>
              <w:t xml:space="preserve">Compensaciones y procedimiento de </w:t>
            </w:r>
            <w:r w:rsidR="005251A2" w:rsidRPr="00D15352">
              <w:rPr>
                <w:rFonts w:ascii="Aptos" w:hAnsi="Aptos"/>
                <w:color w:val="606C78"/>
                <w:sz w:val="18"/>
              </w:rPr>
              <w:t>justificación</w:t>
            </w:r>
            <w:r w:rsidRPr="00D15352">
              <w:rPr>
                <w:rFonts w:ascii="Aptos" w:hAnsi="Aptos"/>
                <w:color w:val="606C78"/>
                <w:sz w:val="18"/>
              </w:rPr>
              <w:t xml:space="preserve"> y abono.</w:t>
            </w:r>
          </w:p>
        </w:tc>
      </w:tr>
    </w:tbl>
    <w:p w14:paraId="08CE6F91" w14:textId="77777777" w:rsidR="00632820" w:rsidRPr="00D15352" w:rsidRDefault="00632820"/>
    <w:tbl>
      <w:tblPr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2608"/>
        <w:gridCol w:w="6463"/>
      </w:tblGrid>
      <w:tr w:rsidR="00632820" w:rsidRPr="00D15352" w14:paraId="67A4DC1F" w14:textId="77777777">
        <w:trPr>
          <w:trHeight w:val="980"/>
          <w:jc w:val="center"/>
        </w:trPr>
        <w:tc>
          <w:tcPr>
            <w:tcW w:w="2608" w:type="dxa"/>
            <w:shd w:val="clear" w:color="auto" w:fill="DCEEF5"/>
            <w:tcMar>
              <w:top w:w="130" w:type="dxa"/>
              <w:left w:w="150" w:type="dxa"/>
              <w:bottom w:w="130" w:type="dxa"/>
              <w:right w:w="150" w:type="dxa"/>
            </w:tcMar>
            <w:vAlign w:val="center"/>
          </w:tcPr>
          <w:p w14:paraId="1AEDF574" w14:textId="77777777" w:rsidR="00632820" w:rsidRPr="00D15352" w:rsidRDefault="0098018D">
            <w:pPr>
              <w:spacing w:after="80" w:line="264" w:lineRule="auto"/>
            </w:pPr>
            <w:r w:rsidRPr="00D15352">
              <w:rPr>
                <w:rFonts w:ascii="Aptos" w:hAnsi="Aptos"/>
                <w:color w:val="0E3D73"/>
                <w:sz w:val="20"/>
              </w:rPr>
              <w:t>Gastos reembolsables</w:t>
            </w:r>
          </w:p>
        </w:tc>
        <w:tc>
          <w:tcPr>
            <w:tcW w:w="6463" w:type="dxa"/>
            <w:shd w:val="clear" w:color="auto" w:fill="FFFFFF"/>
            <w:tcMar>
              <w:top w:w="130" w:type="dxa"/>
              <w:left w:w="150" w:type="dxa"/>
              <w:bottom w:w="130" w:type="dxa"/>
              <w:right w:w="150" w:type="dxa"/>
            </w:tcMar>
            <w:vAlign w:val="center"/>
          </w:tcPr>
          <w:p w14:paraId="73FB3677" w14:textId="4FF35AF3" w:rsidR="00632820" w:rsidRPr="00D15352" w:rsidRDefault="0098018D">
            <w:pPr>
              <w:spacing w:after="80" w:line="264" w:lineRule="auto"/>
            </w:pPr>
            <w:r w:rsidRPr="00D15352">
              <w:rPr>
                <w:rFonts w:ascii="Aptos" w:hAnsi="Aptos"/>
                <w:color w:val="606C78"/>
                <w:sz w:val="20"/>
              </w:rPr>
              <w:t xml:space="preserve">[Transporte, </w:t>
            </w:r>
            <w:r w:rsidR="005251A2" w:rsidRPr="00D15352">
              <w:rPr>
                <w:rFonts w:ascii="Aptos" w:hAnsi="Aptos"/>
                <w:color w:val="606C78"/>
                <w:sz w:val="20"/>
              </w:rPr>
              <w:t>manutención</w:t>
            </w:r>
            <w:r w:rsidRPr="00D15352">
              <w:rPr>
                <w:rFonts w:ascii="Aptos" w:hAnsi="Aptos"/>
                <w:color w:val="606C78"/>
                <w:sz w:val="20"/>
              </w:rPr>
              <w:t xml:space="preserve">, alojamiento, materiales, </w:t>
            </w:r>
            <w:r w:rsidR="005251A2" w:rsidRPr="00D15352">
              <w:rPr>
                <w:rFonts w:ascii="Aptos" w:hAnsi="Aptos"/>
                <w:color w:val="606C78"/>
                <w:sz w:val="20"/>
              </w:rPr>
              <w:t>conexión</w:t>
            </w:r>
            <w:r w:rsidRPr="00D15352">
              <w:rPr>
                <w:rFonts w:ascii="Aptos" w:hAnsi="Aptos"/>
                <w:color w:val="606C78"/>
                <w:sz w:val="20"/>
              </w:rPr>
              <w:t xml:space="preserve"> de datos, kilometraje u otros gastos autorizados]</w:t>
            </w:r>
          </w:p>
        </w:tc>
      </w:tr>
      <w:tr w:rsidR="00632820" w:rsidRPr="00D15352" w14:paraId="0FFD9722" w14:textId="77777777">
        <w:trPr>
          <w:trHeight w:val="980"/>
          <w:jc w:val="center"/>
        </w:trPr>
        <w:tc>
          <w:tcPr>
            <w:tcW w:w="2608" w:type="dxa"/>
            <w:shd w:val="clear" w:color="auto" w:fill="DCEEF5"/>
            <w:tcMar>
              <w:top w:w="130" w:type="dxa"/>
              <w:left w:w="150" w:type="dxa"/>
              <w:bottom w:w="130" w:type="dxa"/>
              <w:right w:w="150" w:type="dxa"/>
            </w:tcMar>
            <w:vAlign w:val="center"/>
          </w:tcPr>
          <w:p w14:paraId="483836AC" w14:textId="5ED0105C" w:rsidR="00632820" w:rsidRPr="00D15352" w:rsidRDefault="0098018D">
            <w:pPr>
              <w:spacing w:after="80" w:line="264" w:lineRule="auto"/>
            </w:pPr>
            <w:r w:rsidRPr="00D15352">
              <w:rPr>
                <w:rFonts w:ascii="Aptos" w:hAnsi="Aptos"/>
                <w:color w:val="0E3D73"/>
                <w:sz w:val="20"/>
              </w:rPr>
              <w:t xml:space="preserve">Procedimiento de </w:t>
            </w:r>
            <w:r w:rsidR="005251A2" w:rsidRPr="00D15352">
              <w:rPr>
                <w:rFonts w:ascii="Aptos" w:hAnsi="Aptos"/>
                <w:color w:val="0E3D73"/>
                <w:sz w:val="20"/>
              </w:rPr>
              <w:t>justificación</w:t>
            </w:r>
            <w:r w:rsidRPr="00D15352">
              <w:rPr>
                <w:rFonts w:ascii="Aptos" w:hAnsi="Aptos"/>
                <w:color w:val="0E3D73"/>
                <w:sz w:val="20"/>
              </w:rPr>
              <w:t xml:space="preserve"> y abono</w:t>
            </w:r>
          </w:p>
        </w:tc>
        <w:tc>
          <w:tcPr>
            <w:tcW w:w="6463" w:type="dxa"/>
            <w:shd w:val="clear" w:color="auto" w:fill="FFFFFF"/>
            <w:tcMar>
              <w:top w:w="130" w:type="dxa"/>
              <w:left w:w="150" w:type="dxa"/>
              <w:bottom w:w="130" w:type="dxa"/>
              <w:right w:w="150" w:type="dxa"/>
            </w:tcMar>
            <w:vAlign w:val="center"/>
          </w:tcPr>
          <w:p w14:paraId="2E4552B2" w14:textId="3883E48E" w:rsidR="00632820" w:rsidRPr="00D15352" w:rsidRDefault="0098018D">
            <w:pPr>
              <w:spacing w:after="80" w:line="264" w:lineRule="auto"/>
            </w:pPr>
            <w:r w:rsidRPr="00D15352">
              <w:rPr>
                <w:rFonts w:ascii="Aptos" w:hAnsi="Aptos"/>
                <w:color w:val="606C78"/>
                <w:sz w:val="20"/>
              </w:rPr>
              <w:t>[</w:t>
            </w:r>
            <w:r w:rsidR="005251A2" w:rsidRPr="00D15352">
              <w:rPr>
                <w:rFonts w:ascii="Aptos" w:hAnsi="Aptos"/>
                <w:color w:val="606C78"/>
                <w:sz w:val="20"/>
              </w:rPr>
              <w:t>Documentación</w:t>
            </w:r>
            <w:r w:rsidRPr="00D15352">
              <w:rPr>
                <w:rFonts w:ascii="Aptos" w:hAnsi="Aptos"/>
                <w:color w:val="606C78"/>
                <w:sz w:val="20"/>
              </w:rPr>
              <w:t xml:space="preserve"> exigida, plazo de </w:t>
            </w:r>
            <w:r w:rsidR="005251A2" w:rsidRPr="00D15352">
              <w:rPr>
                <w:rFonts w:ascii="Aptos" w:hAnsi="Aptos"/>
                <w:color w:val="606C78"/>
                <w:sz w:val="20"/>
              </w:rPr>
              <w:t>presentación</w:t>
            </w:r>
            <w:r w:rsidRPr="00D15352">
              <w:rPr>
                <w:rFonts w:ascii="Aptos" w:hAnsi="Aptos"/>
                <w:color w:val="606C78"/>
                <w:sz w:val="20"/>
              </w:rPr>
              <w:t xml:space="preserve">, persona responsable de </w:t>
            </w:r>
            <w:r w:rsidR="005251A2" w:rsidRPr="00D15352">
              <w:rPr>
                <w:rFonts w:ascii="Aptos" w:hAnsi="Aptos"/>
                <w:color w:val="606C78"/>
                <w:sz w:val="20"/>
              </w:rPr>
              <w:t>validación</w:t>
            </w:r>
            <w:r w:rsidRPr="00D15352">
              <w:rPr>
                <w:rFonts w:ascii="Aptos" w:hAnsi="Aptos"/>
                <w:color w:val="606C78"/>
                <w:sz w:val="20"/>
              </w:rPr>
              <w:t xml:space="preserve"> y forma de pago]</w:t>
            </w:r>
          </w:p>
        </w:tc>
      </w:tr>
    </w:tbl>
    <w:p w14:paraId="61CDCEAD" w14:textId="77777777" w:rsidR="00632820" w:rsidRPr="00D15352" w:rsidRDefault="00632820"/>
    <w:p w14:paraId="64BC4B45" w14:textId="77777777" w:rsidR="005251A2" w:rsidRPr="00D15352" w:rsidRDefault="005251A2">
      <w:r w:rsidRPr="00D15352">
        <w:br w:type="page"/>
      </w:r>
    </w:p>
    <w:tbl>
      <w:tblPr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418"/>
        <w:gridCol w:w="8782"/>
      </w:tblGrid>
      <w:tr w:rsidR="00632820" w:rsidRPr="00D15352" w14:paraId="0607C073" w14:textId="77777777" w:rsidTr="005251A2">
        <w:trPr>
          <w:jc w:val="center"/>
        </w:trPr>
        <w:tc>
          <w:tcPr>
            <w:tcW w:w="1418" w:type="dxa"/>
            <w:shd w:val="clear" w:color="auto" w:fill="0E3D73"/>
            <w:tcMar>
              <w:top w:w="90" w:type="dxa"/>
              <w:left w:w="120" w:type="dxa"/>
              <w:bottom w:w="90" w:type="dxa"/>
              <w:right w:w="120" w:type="dxa"/>
            </w:tcMar>
            <w:vAlign w:val="center"/>
          </w:tcPr>
          <w:p w14:paraId="6BB9E253" w14:textId="5EE7267C" w:rsidR="00632820" w:rsidRPr="00D15352" w:rsidRDefault="0098018D">
            <w:pPr>
              <w:jc w:val="center"/>
            </w:pPr>
            <w:r w:rsidRPr="00D15352">
              <w:lastRenderedPageBreak/>
              <w:drawing>
                <wp:inline distT="0" distB="0" distL="0" distR="0" wp14:anchorId="159CD686" wp14:editId="6E8BB3CA">
                  <wp:extent cx="486000" cy="486000"/>
                  <wp:effectExtent l="0" t="0" r="9525" b="952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enerated_image_20260625074727_11.png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000" cy="4860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2" w:type="dxa"/>
            <w:shd w:val="clear" w:color="auto" w:fill="EAF5F9"/>
            <w:tcMar>
              <w:top w:w="90" w:type="dxa"/>
              <w:left w:w="120" w:type="dxa"/>
              <w:bottom w:w="90" w:type="dxa"/>
              <w:right w:w="120" w:type="dxa"/>
            </w:tcMar>
            <w:vAlign w:val="center"/>
          </w:tcPr>
          <w:p w14:paraId="4A563E28" w14:textId="6902DFDE" w:rsidR="00632820" w:rsidRPr="00D15352" w:rsidRDefault="0098018D">
            <w:r w:rsidRPr="00D15352">
              <w:rPr>
                <w:rFonts w:ascii="Aptos Display" w:hAnsi="Aptos Display"/>
                <w:b/>
                <w:color w:val="0E3D73"/>
                <w:sz w:val="27"/>
              </w:rPr>
              <w:t xml:space="preserve">11. </w:t>
            </w:r>
            <w:r w:rsidR="005251A2" w:rsidRPr="00D15352">
              <w:rPr>
                <w:rFonts w:ascii="Aptos Display" w:hAnsi="Aptos Display"/>
                <w:b/>
                <w:color w:val="0E3D73"/>
                <w:sz w:val="27"/>
              </w:rPr>
              <w:t>Integración</w:t>
            </w:r>
            <w:r w:rsidRPr="00D15352">
              <w:rPr>
                <w:rFonts w:ascii="Aptos Display" w:hAnsi="Aptos Display"/>
                <w:b/>
                <w:color w:val="0E3D73"/>
                <w:sz w:val="27"/>
              </w:rPr>
              <w:t xml:space="preserve"> en </w:t>
            </w:r>
            <w:r w:rsidR="005251A2" w:rsidRPr="00D15352">
              <w:rPr>
                <w:rFonts w:ascii="Aptos Display" w:hAnsi="Aptos Display"/>
                <w:b/>
                <w:color w:val="0E3D73"/>
                <w:sz w:val="27"/>
              </w:rPr>
              <w:t>protección</w:t>
            </w:r>
            <w:r w:rsidRPr="00D15352">
              <w:rPr>
                <w:rFonts w:ascii="Aptos Display" w:hAnsi="Aptos Display"/>
                <w:b/>
                <w:color w:val="0E3D73"/>
                <w:sz w:val="27"/>
              </w:rPr>
              <w:t xml:space="preserve"> civil</w:t>
            </w:r>
          </w:p>
          <w:p w14:paraId="239D0E9A" w14:textId="77777777" w:rsidR="00632820" w:rsidRPr="00D15352" w:rsidRDefault="0098018D">
            <w:pPr>
              <w:spacing w:before="40" w:after="0"/>
            </w:pPr>
            <w:r w:rsidRPr="00D15352">
              <w:rPr>
                <w:rFonts w:ascii="Aptos" w:hAnsi="Aptos"/>
                <w:color w:val="606C78"/>
                <w:sz w:val="18"/>
              </w:rPr>
              <w:t>Cumplimentar cuando resulte aplicable.</w:t>
            </w:r>
          </w:p>
        </w:tc>
      </w:tr>
    </w:tbl>
    <w:p w14:paraId="23DE523C" w14:textId="77777777" w:rsidR="00632820" w:rsidRPr="00D15352" w:rsidRDefault="00632820"/>
    <w:tbl>
      <w:tblPr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2608"/>
        <w:gridCol w:w="6463"/>
      </w:tblGrid>
      <w:tr w:rsidR="00632820" w:rsidRPr="00D15352" w14:paraId="5CC818C6" w14:textId="77777777">
        <w:trPr>
          <w:trHeight w:val="1150"/>
          <w:jc w:val="center"/>
        </w:trPr>
        <w:tc>
          <w:tcPr>
            <w:tcW w:w="2608" w:type="dxa"/>
            <w:shd w:val="clear" w:color="auto" w:fill="DCEEF5"/>
            <w:tcMar>
              <w:top w:w="130" w:type="dxa"/>
              <w:left w:w="150" w:type="dxa"/>
              <w:bottom w:w="130" w:type="dxa"/>
              <w:right w:w="150" w:type="dxa"/>
            </w:tcMar>
            <w:vAlign w:val="center"/>
          </w:tcPr>
          <w:p w14:paraId="5D71DF18" w14:textId="2DEE7E1F" w:rsidR="00632820" w:rsidRPr="00D15352" w:rsidRDefault="005251A2">
            <w:pPr>
              <w:spacing w:after="80" w:line="264" w:lineRule="auto"/>
            </w:pPr>
            <w:r w:rsidRPr="00D15352">
              <w:rPr>
                <w:rFonts w:ascii="Aptos" w:hAnsi="Aptos"/>
                <w:color w:val="0E3D73"/>
                <w:sz w:val="20"/>
              </w:rPr>
              <w:t>Integración / coordinación con el plan de protección civil</w:t>
            </w:r>
          </w:p>
        </w:tc>
        <w:tc>
          <w:tcPr>
            <w:tcW w:w="6463" w:type="dxa"/>
            <w:shd w:val="clear" w:color="auto" w:fill="FFFFFF"/>
            <w:tcMar>
              <w:top w:w="130" w:type="dxa"/>
              <w:left w:w="150" w:type="dxa"/>
              <w:bottom w:w="130" w:type="dxa"/>
              <w:right w:w="150" w:type="dxa"/>
            </w:tcMar>
            <w:vAlign w:val="center"/>
          </w:tcPr>
          <w:p w14:paraId="6EF72C9A" w14:textId="296D6BDC" w:rsidR="00632820" w:rsidRPr="00D15352" w:rsidRDefault="0098018D">
            <w:pPr>
              <w:spacing w:after="80" w:line="264" w:lineRule="auto"/>
            </w:pPr>
            <w:r w:rsidRPr="00D15352">
              <w:rPr>
                <w:rFonts w:ascii="Aptos" w:hAnsi="Aptos"/>
                <w:color w:val="606C78"/>
                <w:sz w:val="20"/>
              </w:rPr>
              <w:t xml:space="preserve">[Describa la </w:t>
            </w:r>
            <w:r w:rsidR="005251A2" w:rsidRPr="00D15352">
              <w:rPr>
                <w:rFonts w:ascii="Aptos" w:hAnsi="Aptos"/>
                <w:color w:val="606C78"/>
                <w:sz w:val="20"/>
              </w:rPr>
              <w:t>integración</w:t>
            </w:r>
            <w:r w:rsidRPr="00D15352">
              <w:rPr>
                <w:rFonts w:ascii="Aptos" w:hAnsi="Aptos"/>
                <w:color w:val="606C78"/>
                <w:sz w:val="20"/>
              </w:rPr>
              <w:t xml:space="preserve">, </w:t>
            </w:r>
            <w:r w:rsidR="005251A2" w:rsidRPr="00D15352">
              <w:rPr>
                <w:rFonts w:ascii="Aptos" w:hAnsi="Aptos"/>
                <w:color w:val="606C78"/>
                <w:sz w:val="20"/>
              </w:rPr>
              <w:t>coordinación</w:t>
            </w:r>
            <w:r w:rsidRPr="00D15352">
              <w:rPr>
                <w:rFonts w:ascii="Aptos" w:hAnsi="Aptos"/>
                <w:color w:val="606C78"/>
                <w:sz w:val="20"/>
              </w:rPr>
              <w:t xml:space="preserve"> o, en su caso, la no procedencia y su </w:t>
            </w:r>
            <w:r w:rsidR="005251A2" w:rsidRPr="00D15352">
              <w:rPr>
                <w:rFonts w:ascii="Aptos" w:hAnsi="Aptos"/>
                <w:color w:val="606C78"/>
                <w:sz w:val="20"/>
              </w:rPr>
              <w:t>justificación</w:t>
            </w:r>
            <w:r w:rsidRPr="00D15352">
              <w:rPr>
                <w:rFonts w:ascii="Aptos" w:hAnsi="Aptos"/>
                <w:color w:val="606C78"/>
                <w:sz w:val="20"/>
              </w:rPr>
              <w:t xml:space="preserve"> breve]</w:t>
            </w:r>
          </w:p>
        </w:tc>
      </w:tr>
    </w:tbl>
    <w:p w14:paraId="52E56223" w14:textId="77777777" w:rsidR="00632820" w:rsidRPr="00D15352" w:rsidRDefault="00632820"/>
    <w:tbl>
      <w:tblPr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418"/>
        <w:gridCol w:w="8782"/>
      </w:tblGrid>
      <w:tr w:rsidR="00632820" w:rsidRPr="00D15352" w14:paraId="5044986D" w14:textId="77777777" w:rsidTr="005251A2">
        <w:trPr>
          <w:jc w:val="center"/>
        </w:trPr>
        <w:tc>
          <w:tcPr>
            <w:tcW w:w="1418" w:type="dxa"/>
            <w:shd w:val="clear" w:color="auto" w:fill="0E3D73"/>
            <w:tcMar>
              <w:top w:w="90" w:type="dxa"/>
              <w:left w:w="120" w:type="dxa"/>
              <w:bottom w:w="90" w:type="dxa"/>
              <w:right w:w="120" w:type="dxa"/>
            </w:tcMar>
            <w:vAlign w:val="center"/>
          </w:tcPr>
          <w:p w14:paraId="07547A01" w14:textId="77777777" w:rsidR="00632820" w:rsidRPr="00D15352" w:rsidRDefault="0098018D">
            <w:pPr>
              <w:jc w:val="center"/>
            </w:pPr>
            <w:r w:rsidRPr="00D15352">
              <w:drawing>
                <wp:inline distT="0" distB="0" distL="0" distR="0" wp14:anchorId="01A31F59" wp14:editId="2873D595">
                  <wp:extent cx="486000" cy="486000"/>
                  <wp:effectExtent l="0" t="0" r="9525" b="952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enerated_image_20260625074727_12.png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000" cy="4860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2" w:type="dxa"/>
            <w:shd w:val="clear" w:color="auto" w:fill="EAF5F9"/>
            <w:tcMar>
              <w:top w:w="90" w:type="dxa"/>
              <w:left w:w="120" w:type="dxa"/>
              <w:bottom w:w="90" w:type="dxa"/>
              <w:right w:w="120" w:type="dxa"/>
            </w:tcMar>
            <w:vAlign w:val="center"/>
          </w:tcPr>
          <w:p w14:paraId="5AB31421" w14:textId="77777777" w:rsidR="00632820" w:rsidRPr="00D15352" w:rsidRDefault="0098018D">
            <w:r w:rsidRPr="00D15352">
              <w:rPr>
                <w:rFonts w:ascii="Aptos Display" w:hAnsi="Aptos Display"/>
                <w:b/>
                <w:color w:val="0E3D73"/>
                <w:sz w:val="27"/>
              </w:rPr>
              <w:t>12. Anexos recomendados</w:t>
            </w:r>
          </w:p>
          <w:p w14:paraId="5998967A" w14:textId="0988A07C" w:rsidR="00632820" w:rsidRPr="00D15352" w:rsidRDefault="0098018D">
            <w:pPr>
              <w:spacing w:before="40" w:after="0"/>
            </w:pPr>
            <w:r w:rsidRPr="00D15352">
              <w:rPr>
                <w:rFonts w:ascii="Aptos" w:hAnsi="Aptos"/>
                <w:color w:val="606C78"/>
                <w:sz w:val="18"/>
              </w:rPr>
              <w:t xml:space="preserve">Documentos de apoyo para </w:t>
            </w:r>
            <w:r w:rsidR="005251A2" w:rsidRPr="00D15352">
              <w:rPr>
                <w:rFonts w:ascii="Aptos" w:hAnsi="Aptos"/>
                <w:color w:val="606C78"/>
                <w:sz w:val="18"/>
              </w:rPr>
              <w:t>implantación</w:t>
            </w:r>
            <w:r w:rsidRPr="00D15352">
              <w:rPr>
                <w:rFonts w:ascii="Aptos" w:hAnsi="Aptos"/>
                <w:color w:val="606C78"/>
                <w:sz w:val="18"/>
              </w:rPr>
              <w:t xml:space="preserve"> y seguimiento.</w:t>
            </w:r>
          </w:p>
        </w:tc>
      </w:tr>
    </w:tbl>
    <w:p w14:paraId="5043CB0F" w14:textId="77777777" w:rsidR="00632820" w:rsidRPr="00D15352" w:rsidRDefault="00632820"/>
    <w:tbl>
      <w:tblPr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624"/>
        <w:gridCol w:w="8731"/>
      </w:tblGrid>
      <w:tr w:rsidR="00632820" w:rsidRPr="00D15352" w14:paraId="1AD06982" w14:textId="77777777">
        <w:trPr>
          <w:jc w:val="center"/>
        </w:trPr>
        <w:sdt>
          <w:sdtPr>
            <w:rPr>
              <w:color w:val="0E3D73"/>
              <w:sz w:val="28"/>
            </w:rPr>
            <w:id w:val="-3192671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24" w:type="dxa"/>
                <w:shd w:val="clear" w:color="auto" w:fill="DCEEF5"/>
                <w:tcMar>
                  <w:top w:w="120" w:type="dxa"/>
                  <w:left w:w="140" w:type="dxa"/>
                  <w:bottom w:w="120" w:type="dxa"/>
                  <w:right w:w="140" w:type="dxa"/>
                </w:tcMar>
              </w:tcPr>
              <w:p w14:paraId="0D1C84E6" w14:textId="716BF642" w:rsidR="00632820" w:rsidRPr="00D15352" w:rsidRDefault="00976350">
                <w:pPr>
                  <w:jc w:val="center"/>
                </w:pPr>
                <w:r>
                  <w:rPr>
                    <w:rFonts w:ascii="MS Gothic" w:eastAsia="MS Gothic" w:hAnsi="MS Gothic" w:hint="eastAsia"/>
                    <w:color w:val="0E3D73"/>
                    <w:sz w:val="28"/>
                  </w:rPr>
                  <w:t>☐</w:t>
                </w:r>
              </w:p>
            </w:tc>
          </w:sdtContent>
        </w:sdt>
        <w:tc>
          <w:tcPr>
            <w:tcW w:w="8731" w:type="dxa"/>
            <w:shd w:val="clear" w:color="auto" w:fill="FFFFFF"/>
            <w:tcMar>
              <w:top w:w="120" w:type="dxa"/>
              <w:left w:w="140" w:type="dxa"/>
              <w:bottom w:w="120" w:type="dxa"/>
              <w:right w:w="140" w:type="dxa"/>
            </w:tcMar>
          </w:tcPr>
          <w:p w14:paraId="2597EBA8" w14:textId="536B9BAC" w:rsidR="00632820" w:rsidRPr="00D15352" w:rsidRDefault="0098018D">
            <w:pPr>
              <w:spacing w:after="80" w:line="264" w:lineRule="auto"/>
            </w:pPr>
            <w:r w:rsidRPr="00D15352">
              <w:rPr>
                <w:rFonts w:ascii="Aptos" w:hAnsi="Aptos"/>
                <w:color w:val="313C47"/>
                <w:sz w:val="20"/>
              </w:rPr>
              <w:t xml:space="preserve">Modelo de acuerdo de </w:t>
            </w:r>
            <w:r w:rsidR="005251A2" w:rsidRPr="00D15352">
              <w:rPr>
                <w:rFonts w:ascii="Aptos" w:hAnsi="Aptos"/>
                <w:color w:val="313C47"/>
                <w:sz w:val="20"/>
              </w:rPr>
              <w:t>incorporación</w:t>
            </w:r>
            <w:r w:rsidRPr="00D15352">
              <w:rPr>
                <w:rFonts w:ascii="Aptos" w:hAnsi="Aptos"/>
                <w:color w:val="313C47"/>
                <w:sz w:val="20"/>
              </w:rPr>
              <w:t xml:space="preserve"> de la persona voluntaria</w:t>
            </w:r>
          </w:p>
        </w:tc>
      </w:tr>
      <w:tr w:rsidR="00632820" w:rsidRPr="00D15352" w14:paraId="47AFE747" w14:textId="77777777">
        <w:trPr>
          <w:jc w:val="center"/>
        </w:trPr>
        <w:sdt>
          <w:sdtPr>
            <w:rPr>
              <w:color w:val="0E3D73"/>
              <w:sz w:val="28"/>
            </w:rPr>
            <w:id w:val="-10239423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24" w:type="dxa"/>
                <w:shd w:val="clear" w:color="auto" w:fill="DCEEF5"/>
                <w:tcMar>
                  <w:top w:w="120" w:type="dxa"/>
                  <w:left w:w="140" w:type="dxa"/>
                  <w:bottom w:w="120" w:type="dxa"/>
                  <w:right w:w="140" w:type="dxa"/>
                </w:tcMar>
              </w:tcPr>
              <w:p w14:paraId="412DD878" w14:textId="4ADF92A2" w:rsidR="00632820" w:rsidRPr="00D15352" w:rsidRDefault="005E4D92">
                <w:pPr>
                  <w:jc w:val="center"/>
                </w:pPr>
                <w:r>
                  <w:rPr>
                    <w:rFonts w:ascii="MS Gothic" w:eastAsia="MS Gothic" w:hAnsi="MS Gothic" w:hint="eastAsia"/>
                    <w:color w:val="0E3D73"/>
                    <w:sz w:val="28"/>
                  </w:rPr>
                  <w:t>☐</w:t>
                </w:r>
              </w:p>
            </w:tc>
          </w:sdtContent>
        </w:sdt>
        <w:tc>
          <w:tcPr>
            <w:tcW w:w="8731" w:type="dxa"/>
            <w:shd w:val="clear" w:color="auto" w:fill="FFFFFF"/>
            <w:tcMar>
              <w:top w:w="120" w:type="dxa"/>
              <w:left w:w="140" w:type="dxa"/>
              <w:bottom w:w="120" w:type="dxa"/>
              <w:right w:w="140" w:type="dxa"/>
            </w:tcMar>
          </w:tcPr>
          <w:p w14:paraId="6B317403" w14:textId="4A1AB155" w:rsidR="00632820" w:rsidRPr="00D15352" w:rsidRDefault="0098018D">
            <w:pPr>
              <w:spacing w:after="80" w:line="264" w:lineRule="auto"/>
            </w:pPr>
            <w:r w:rsidRPr="00D15352">
              <w:rPr>
                <w:rFonts w:ascii="Aptos" w:hAnsi="Aptos"/>
                <w:color w:val="313C47"/>
                <w:sz w:val="20"/>
              </w:rPr>
              <w:t xml:space="preserve">Protocolo de acogida y </w:t>
            </w:r>
            <w:r w:rsidR="005251A2" w:rsidRPr="00D15352">
              <w:rPr>
                <w:rFonts w:ascii="Aptos" w:hAnsi="Aptos"/>
                <w:color w:val="313C47"/>
                <w:sz w:val="20"/>
              </w:rPr>
              <w:t>formación</w:t>
            </w:r>
            <w:r w:rsidRPr="00D15352">
              <w:rPr>
                <w:rFonts w:ascii="Aptos" w:hAnsi="Aptos"/>
                <w:color w:val="313C47"/>
                <w:sz w:val="20"/>
              </w:rPr>
              <w:t xml:space="preserve"> inicial</w:t>
            </w:r>
          </w:p>
        </w:tc>
      </w:tr>
      <w:tr w:rsidR="00632820" w:rsidRPr="00D15352" w14:paraId="33D50664" w14:textId="77777777">
        <w:trPr>
          <w:jc w:val="center"/>
        </w:trPr>
        <w:sdt>
          <w:sdtPr>
            <w:rPr>
              <w:color w:val="0E3D73"/>
              <w:sz w:val="28"/>
            </w:rPr>
            <w:id w:val="7195574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24" w:type="dxa"/>
                <w:shd w:val="clear" w:color="auto" w:fill="DCEEF5"/>
                <w:tcMar>
                  <w:top w:w="120" w:type="dxa"/>
                  <w:left w:w="140" w:type="dxa"/>
                  <w:bottom w:w="120" w:type="dxa"/>
                  <w:right w:w="140" w:type="dxa"/>
                </w:tcMar>
              </w:tcPr>
              <w:p w14:paraId="4053F9D1" w14:textId="0A4413DC" w:rsidR="00632820" w:rsidRPr="00D15352" w:rsidRDefault="00976350">
                <w:pPr>
                  <w:jc w:val="center"/>
                </w:pPr>
                <w:r>
                  <w:rPr>
                    <w:rFonts w:ascii="MS Gothic" w:eastAsia="MS Gothic" w:hAnsi="MS Gothic" w:hint="eastAsia"/>
                    <w:color w:val="0E3D73"/>
                    <w:sz w:val="28"/>
                  </w:rPr>
                  <w:t>☐</w:t>
                </w:r>
              </w:p>
            </w:tc>
          </w:sdtContent>
        </w:sdt>
        <w:tc>
          <w:tcPr>
            <w:tcW w:w="8731" w:type="dxa"/>
            <w:shd w:val="clear" w:color="auto" w:fill="FFFFFF"/>
            <w:tcMar>
              <w:top w:w="120" w:type="dxa"/>
              <w:left w:w="140" w:type="dxa"/>
              <w:bottom w:w="120" w:type="dxa"/>
              <w:right w:w="140" w:type="dxa"/>
            </w:tcMar>
          </w:tcPr>
          <w:p w14:paraId="5DA4DE5B" w14:textId="77777777" w:rsidR="00632820" w:rsidRPr="00D15352" w:rsidRDefault="0098018D">
            <w:pPr>
              <w:spacing w:after="80" w:line="264" w:lineRule="auto"/>
            </w:pPr>
            <w:r w:rsidRPr="00D15352">
              <w:rPr>
                <w:rFonts w:ascii="Aptos" w:hAnsi="Aptos"/>
                <w:color w:val="313C47"/>
                <w:sz w:val="20"/>
              </w:rPr>
              <w:t>Fichas o perfiles de puestos voluntarios</w:t>
            </w:r>
          </w:p>
        </w:tc>
      </w:tr>
      <w:tr w:rsidR="00632820" w:rsidRPr="00D15352" w14:paraId="28738FAA" w14:textId="77777777">
        <w:trPr>
          <w:jc w:val="center"/>
        </w:trPr>
        <w:sdt>
          <w:sdtPr>
            <w:rPr>
              <w:color w:val="0E3D73"/>
              <w:sz w:val="28"/>
            </w:rPr>
            <w:id w:val="9055660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24" w:type="dxa"/>
                <w:shd w:val="clear" w:color="auto" w:fill="DCEEF5"/>
                <w:tcMar>
                  <w:top w:w="120" w:type="dxa"/>
                  <w:left w:w="140" w:type="dxa"/>
                  <w:bottom w:w="120" w:type="dxa"/>
                  <w:right w:w="140" w:type="dxa"/>
                </w:tcMar>
              </w:tcPr>
              <w:p w14:paraId="14E8EB90" w14:textId="73BAE0E6" w:rsidR="00632820" w:rsidRPr="00D15352" w:rsidRDefault="00976350">
                <w:pPr>
                  <w:jc w:val="center"/>
                </w:pPr>
                <w:r>
                  <w:rPr>
                    <w:rFonts w:ascii="MS Gothic" w:eastAsia="MS Gothic" w:hAnsi="MS Gothic" w:hint="eastAsia"/>
                    <w:color w:val="0E3D73"/>
                    <w:sz w:val="28"/>
                  </w:rPr>
                  <w:t>☐</w:t>
                </w:r>
              </w:p>
            </w:tc>
          </w:sdtContent>
        </w:sdt>
        <w:tc>
          <w:tcPr>
            <w:tcW w:w="8731" w:type="dxa"/>
            <w:shd w:val="clear" w:color="auto" w:fill="FFFFFF"/>
            <w:tcMar>
              <w:top w:w="120" w:type="dxa"/>
              <w:left w:w="140" w:type="dxa"/>
              <w:bottom w:w="120" w:type="dxa"/>
              <w:right w:w="140" w:type="dxa"/>
            </w:tcMar>
          </w:tcPr>
          <w:p w14:paraId="0A501BFB" w14:textId="32DB35B2" w:rsidR="00632820" w:rsidRPr="00D15352" w:rsidRDefault="0098018D">
            <w:pPr>
              <w:spacing w:after="80" w:line="264" w:lineRule="auto"/>
            </w:pPr>
            <w:r w:rsidRPr="00D15352">
              <w:rPr>
                <w:rFonts w:ascii="Aptos" w:hAnsi="Aptos"/>
                <w:color w:val="313C47"/>
                <w:sz w:val="20"/>
              </w:rPr>
              <w:t xml:space="preserve">Modelo de </w:t>
            </w:r>
            <w:r w:rsidR="005251A2" w:rsidRPr="00D15352">
              <w:rPr>
                <w:rFonts w:ascii="Aptos" w:hAnsi="Aptos"/>
                <w:color w:val="313C47"/>
                <w:sz w:val="20"/>
              </w:rPr>
              <w:t>autorización</w:t>
            </w:r>
            <w:r w:rsidRPr="00D15352">
              <w:rPr>
                <w:rFonts w:ascii="Aptos" w:hAnsi="Aptos"/>
                <w:color w:val="313C47"/>
                <w:sz w:val="20"/>
              </w:rPr>
              <w:t xml:space="preserve"> y reembolso de gastos</w:t>
            </w:r>
          </w:p>
        </w:tc>
      </w:tr>
      <w:tr w:rsidR="00632820" w:rsidRPr="00D15352" w14:paraId="6CCB5F1B" w14:textId="77777777">
        <w:trPr>
          <w:jc w:val="center"/>
        </w:trPr>
        <w:sdt>
          <w:sdtPr>
            <w:rPr>
              <w:color w:val="0E3D73"/>
              <w:sz w:val="28"/>
            </w:rPr>
            <w:id w:val="6063118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24" w:type="dxa"/>
                <w:shd w:val="clear" w:color="auto" w:fill="DCEEF5"/>
                <w:tcMar>
                  <w:top w:w="120" w:type="dxa"/>
                  <w:left w:w="140" w:type="dxa"/>
                  <w:bottom w:w="120" w:type="dxa"/>
                  <w:right w:w="140" w:type="dxa"/>
                </w:tcMar>
              </w:tcPr>
              <w:p w14:paraId="351D0424" w14:textId="32D77D20" w:rsidR="00632820" w:rsidRPr="00D15352" w:rsidRDefault="00976350">
                <w:pPr>
                  <w:jc w:val="center"/>
                </w:pPr>
                <w:r>
                  <w:rPr>
                    <w:rFonts w:ascii="MS Gothic" w:eastAsia="MS Gothic" w:hAnsi="MS Gothic" w:hint="eastAsia"/>
                    <w:color w:val="0E3D73"/>
                    <w:sz w:val="28"/>
                  </w:rPr>
                  <w:t>☐</w:t>
                </w:r>
              </w:p>
            </w:tc>
          </w:sdtContent>
        </w:sdt>
        <w:tc>
          <w:tcPr>
            <w:tcW w:w="8731" w:type="dxa"/>
            <w:shd w:val="clear" w:color="auto" w:fill="FFFFFF"/>
            <w:tcMar>
              <w:top w:w="120" w:type="dxa"/>
              <w:left w:w="140" w:type="dxa"/>
              <w:bottom w:w="120" w:type="dxa"/>
              <w:right w:w="140" w:type="dxa"/>
            </w:tcMar>
          </w:tcPr>
          <w:p w14:paraId="0025BB46" w14:textId="26836731" w:rsidR="00632820" w:rsidRPr="00D15352" w:rsidRDefault="0098018D">
            <w:pPr>
              <w:spacing w:after="80" w:line="264" w:lineRule="auto"/>
            </w:pPr>
            <w:r w:rsidRPr="00D15352">
              <w:rPr>
                <w:rFonts w:ascii="Aptos" w:hAnsi="Aptos"/>
                <w:color w:val="313C47"/>
                <w:sz w:val="20"/>
              </w:rPr>
              <w:t xml:space="preserve">Cuadro de indicadores de seguimiento y </w:t>
            </w:r>
            <w:r w:rsidR="005251A2" w:rsidRPr="00D15352">
              <w:rPr>
                <w:rFonts w:ascii="Aptos" w:hAnsi="Aptos"/>
                <w:color w:val="313C47"/>
                <w:sz w:val="20"/>
              </w:rPr>
              <w:t>evaluación</w:t>
            </w:r>
          </w:p>
        </w:tc>
      </w:tr>
      <w:tr w:rsidR="00632820" w:rsidRPr="00D15352" w14:paraId="1032C419" w14:textId="77777777">
        <w:trPr>
          <w:jc w:val="center"/>
        </w:trPr>
        <w:sdt>
          <w:sdtPr>
            <w:rPr>
              <w:color w:val="0E3D73"/>
              <w:sz w:val="28"/>
            </w:rPr>
            <w:id w:val="20216642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24" w:type="dxa"/>
                <w:shd w:val="clear" w:color="auto" w:fill="DCEEF5"/>
                <w:tcMar>
                  <w:top w:w="120" w:type="dxa"/>
                  <w:left w:w="140" w:type="dxa"/>
                  <w:bottom w:w="120" w:type="dxa"/>
                  <w:right w:w="140" w:type="dxa"/>
                </w:tcMar>
              </w:tcPr>
              <w:p w14:paraId="418A20AE" w14:textId="2E4823E4" w:rsidR="00632820" w:rsidRPr="00D15352" w:rsidRDefault="00976350">
                <w:pPr>
                  <w:jc w:val="center"/>
                </w:pPr>
                <w:r>
                  <w:rPr>
                    <w:rFonts w:ascii="MS Gothic" w:eastAsia="MS Gothic" w:hAnsi="MS Gothic" w:hint="eastAsia"/>
                    <w:color w:val="0E3D73"/>
                    <w:sz w:val="28"/>
                  </w:rPr>
                  <w:t>☐</w:t>
                </w:r>
              </w:p>
            </w:tc>
          </w:sdtContent>
        </w:sdt>
        <w:tc>
          <w:tcPr>
            <w:tcW w:w="8731" w:type="dxa"/>
            <w:shd w:val="clear" w:color="auto" w:fill="FFFFFF"/>
            <w:tcMar>
              <w:top w:w="120" w:type="dxa"/>
              <w:left w:w="140" w:type="dxa"/>
              <w:bottom w:w="120" w:type="dxa"/>
              <w:right w:w="140" w:type="dxa"/>
            </w:tcMar>
          </w:tcPr>
          <w:p w14:paraId="586CC26C" w14:textId="6FD54BF1" w:rsidR="00632820" w:rsidRPr="00D15352" w:rsidRDefault="0098018D">
            <w:pPr>
              <w:spacing w:after="80" w:line="264" w:lineRule="auto"/>
            </w:pPr>
            <w:r w:rsidRPr="00D15352">
              <w:rPr>
                <w:rFonts w:ascii="Aptos" w:hAnsi="Aptos"/>
                <w:color w:val="313C47"/>
                <w:sz w:val="20"/>
              </w:rPr>
              <w:t xml:space="preserve">Protocolos internos de </w:t>
            </w:r>
            <w:r w:rsidR="005251A2" w:rsidRPr="00D15352">
              <w:rPr>
                <w:rFonts w:ascii="Aptos" w:hAnsi="Aptos"/>
                <w:color w:val="313C47"/>
                <w:sz w:val="20"/>
              </w:rPr>
              <w:t>protección</w:t>
            </w:r>
            <w:r w:rsidRPr="00D15352">
              <w:rPr>
                <w:rFonts w:ascii="Aptos" w:hAnsi="Aptos"/>
                <w:color w:val="313C47"/>
                <w:sz w:val="20"/>
              </w:rPr>
              <w:t xml:space="preserve"> de datos, igualdad, </w:t>
            </w:r>
            <w:r w:rsidR="005251A2" w:rsidRPr="00D15352">
              <w:rPr>
                <w:rFonts w:ascii="Aptos" w:hAnsi="Aptos"/>
                <w:color w:val="313C47"/>
                <w:sz w:val="20"/>
              </w:rPr>
              <w:t>prevención</w:t>
            </w:r>
            <w:r w:rsidRPr="00D15352">
              <w:rPr>
                <w:rFonts w:ascii="Aptos" w:hAnsi="Aptos"/>
                <w:color w:val="313C47"/>
                <w:sz w:val="20"/>
              </w:rPr>
              <w:t xml:space="preserve"> de riesgos y salvaguarda</w:t>
            </w:r>
          </w:p>
        </w:tc>
      </w:tr>
    </w:tbl>
    <w:p w14:paraId="07459315" w14:textId="77777777" w:rsidR="00632820" w:rsidRPr="00D15352" w:rsidRDefault="00632820"/>
    <w:tbl>
      <w:tblPr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2608"/>
        <w:gridCol w:w="6463"/>
      </w:tblGrid>
      <w:tr w:rsidR="00632820" w:rsidRPr="00D15352" w14:paraId="39D448C4" w14:textId="77777777">
        <w:trPr>
          <w:trHeight w:val="520"/>
          <w:jc w:val="center"/>
        </w:trPr>
        <w:tc>
          <w:tcPr>
            <w:tcW w:w="2608" w:type="dxa"/>
            <w:shd w:val="clear" w:color="auto" w:fill="DCEEF5"/>
            <w:tcMar>
              <w:top w:w="130" w:type="dxa"/>
              <w:left w:w="150" w:type="dxa"/>
              <w:bottom w:w="130" w:type="dxa"/>
              <w:right w:w="150" w:type="dxa"/>
            </w:tcMar>
            <w:vAlign w:val="center"/>
          </w:tcPr>
          <w:p w14:paraId="1F688540" w14:textId="02AA63EA" w:rsidR="00632820" w:rsidRPr="00D15352" w:rsidRDefault="0098018D">
            <w:pPr>
              <w:spacing w:after="80" w:line="264" w:lineRule="auto"/>
            </w:pPr>
            <w:r w:rsidRPr="00D15352">
              <w:rPr>
                <w:rFonts w:ascii="Aptos" w:hAnsi="Aptos"/>
                <w:color w:val="0E3D73"/>
                <w:sz w:val="20"/>
              </w:rPr>
              <w:t xml:space="preserve">Lugar y fecha de </w:t>
            </w:r>
            <w:r w:rsidR="005251A2" w:rsidRPr="00D15352">
              <w:rPr>
                <w:rFonts w:ascii="Aptos" w:hAnsi="Aptos"/>
                <w:color w:val="0E3D73"/>
                <w:sz w:val="20"/>
              </w:rPr>
              <w:t>aprobación</w:t>
            </w:r>
          </w:p>
        </w:tc>
        <w:tc>
          <w:tcPr>
            <w:tcW w:w="6463" w:type="dxa"/>
            <w:shd w:val="clear" w:color="auto" w:fill="FFFFFF"/>
            <w:tcMar>
              <w:top w:w="130" w:type="dxa"/>
              <w:left w:w="150" w:type="dxa"/>
              <w:bottom w:w="130" w:type="dxa"/>
              <w:right w:w="150" w:type="dxa"/>
            </w:tcMar>
            <w:vAlign w:val="center"/>
          </w:tcPr>
          <w:p w14:paraId="21FE9D7D" w14:textId="77777777" w:rsidR="00632820" w:rsidRPr="00D15352" w:rsidRDefault="0098018D">
            <w:pPr>
              <w:spacing w:after="80" w:line="264" w:lineRule="auto"/>
            </w:pPr>
            <w:r w:rsidRPr="00D15352">
              <w:rPr>
                <w:rFonts w:ascii="Aptos" w:hAnsi="Aptos"/>
                <w:color w:val="606C78"/>
                <w:sz w:val="20"/>
              </w:rPr>
              <w:t>[Municipio y fecha]</w:t>
            </w:r>
          </w:p>
        </w:tc>
      </w:tr>
      <w:tr w:rsidR="00632820" w:rsidRPr="00D15352" w14:paraId="3520B391" w14:textId="77777777">
        <w:trPr>
          <w:trHeight w:val="900"/>
          <w:jc w:val="center"/>
        </w:trPr>
        <w:tc>
          <w:tcPr>
            <w:tcW w:w="2608" w:type="dxa"/>
            <w:shd w:val="clear" w:color="auto" w:fill="DCEEF5"/>
            <w:tcMar>
              <w:top w:w="130" w:type="dxa"/>
              <w:left w:w="150" w:type="dxa"/>
              <w:bottom w:w="130" w:type="dxa"/>
              <w:right w:w="150" w:type="dxa"/>
            </w:tcMar>
            <w:vAlign w:val="center"/>
          </w:tcPr>
          <w:p w14:paraId="43AB434F" w14:textId="53C0A697" w:rsidR="00632820" w:rsidRPr="00D15352" w:rsidRDefault="005251A2">
            <w:pPr>
              <w:spacing w:after="80" w:line="264" w:lineRule="auto"/>
            </w:pPr>
            <w:r w:rsidRPr="00D15352">
              <w:rPr>
                <w:rFonts w:ascii="Aptos" w:hAnsi="Aptos"/>
                <w:color w:val="0E3D73"/>
                <w:sz w:val="20"/>
              </w:rPr>
              <w:t>Órgano que aprueba el plan / firma</w:t>
            </w:r>
          </w:p>
        </w:tc>
        <w:tc>
          <w:tcPr>
            <w:tcW w:w="6463" w:type="dxa"/>
            <w:shd w:val="clear" w:color="auto" w:fill="FFFFFF"/>
            <w:tcMar>
              <w:top w:w="130" w:type="dxa"/>
              <w:left w:w="150" w:type="dxa"/>
              <w:bottom w:w="130" w:type="dxa"/>
              <w:right w:w="150" w:type="dxa"/>
            </w:tcMar>
            <w:vAlign w:val="center"/>
          </w:tcPr>
          <w:p w14:paraId="28D04F85" w14:textId="1213E50C" w:rsidR="00632820" w:rsidRPr="00D15352" w:rsidRDefault="0098018D">
            <w:pPr>
              <w:spacing w:after="80" w:line="264" w:lineRule="auto"/>
            </w:pPr>
            <w:r w:rsidRPr="00D15352">
              <w:rPr>
                <w:rFonts w:ascii="Aptos" w:hAnsi="Aptos"/>
                <w:color w:val="606C78"/>
                <w:sz w:val="20"/>
              </w:rPr>
              <w:t xml:space="preserve">[Indique el </w:t>
            </w:r>
            <w:r w:rsidR="005251A2" w:rsidRPr="00D15352">
              <w:rPr>
                <w:rFonts w:ascii="Aptos" w:hAnsi="Aptos"/>
                <w:color w:val="606C78"/>
                <w:sz w:val="20"/>
              </w:rPr>
              <w:t>órgano</w:t>
            </w:r>
            <w:r w:rsidRPr="00D15352">
              <w:rPr>
                <w:rFonts w:ascii="Aptos" w:hAnsi="Aptos"/>
                <w:color w:val="606C78"/>
                <w:sz w:val="20"/>
              </w:rPr>
              <w:t xml:space="preserve"> competente y la persona firmante]</w:t>
            </w:r>
          </w:p>
        </w:tc>
      </w:tr>
    </w:tbl>
    <w:p w14:paraId="6537F28F" w14:textId="77777777" w:rsidR="00632820" w:rsidRPr="00106454" w:rsidRDefault="00632820"/>
    <w:sectPr w:rsidR="00632820" w:rsidRPr="00106454" w:rsidSect="00034616">
      <w:headerReference w:type="default" r:id="rId23"/>
      <w:footerReference w:type="default" r:id="rId24"/>
      <w:pgSz w:w="12240" w:h="15840"/>
      <w:pgMar w:top="1020" w:right="1020" w:bottom="850" w:left="10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CB57A6B" w14:textId="77777777" w:rsidR="0098018D" w:rsidRPr="00D15352" w:rsidRDefault="0098018D">
      <w:pPr>
        <w:spacing w:after="0" w:line="240" w:lineRule="auto"/>
      </w:pPr>
      <w:r w:rsidRPr="00D15352">
        <w:separator/>
      </w:r>
    </w:p>
  </w:endnote>
  <w:endnote w:type="continuationSeparator" w:id="0">
    <w:p w14:paraId="66B5FED6" w14:textId="77777777" w:rsidR="0098018D" w:rsidRPr="00D15352" w:rsidRDefault="0098018D">
      <w:pPr>
        <w:spacing w:after="0" w:line="240" w:lineRule="auto"/>
      </w:pPr>
      <w:r w:rsidRPr="00D15352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2027936695"/>
      <w:docPartObj>
        <w:docPartGallery w:val="Page Numbers (Bottom of Page)"/>
        <w:docPartUnique/>
      </w:docPartObj>
    </w:sdtPr>
    <w:sdtEndPr/>
    <w:sdtContent>
      <w:p w14:paraId="1349F231" w14:textId="3D5728CA" w:rsidR="00106454" w:rsidRPr="00D15352" w:rsidRDefault="00106454">
        <w:pPr>
          <w:pStyle w:val="Piedepgina"/>
          <w:jc w:val="right"/>
        </w:pPr>
        <w:r w:rsidRPr="00D15352">
          <w:fldChar w:fldCharType="begin"/>
        </w:r>
        <w:r w:rsidRPr="00D15352">
          <w:instrText>PAGE   \* MERGEFORMAT</w:instrText>
        </w:r>
        <w:r w:rsidRPr="00D15352">
          <w:fldChar w:fldCharType="separate"/>
        </w:r>
        <w:r w:rsidRPr="00D15352">
          <w:t>2</w:t>
        </w:r>
        <w:r w:rsidRPr="00D15352">
          <w:fldChar w:fldCharType="end"/>
        </w:r>
      </w:p>
    </w:sdtContent>
  </w:sdt>
  <w:p w14:paraId="716D817E" w14:textId="2C1A981A" w:rsidR="00632820" w:rsidRPr="00D15352" w:rsidRDefault="00632820">
    <w:pPr>
      <w:pStyle w:val="Piedepgin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BF6D705" w14:textId="77777777" w:rsidR="0098018D" w:rsidRPr="00D15352" w:rsidRDefault="0098018D">
      <w:pPr>
        <w:spacing w:after="0" w:line="240" w:lineRule="auto"/>
      </w:pPr>
      <w:r w:rsidRPr="00D15352">
        <w:separator/>
      </w:r>
    </w:p>
  </w:footnote>
  <w:footnote w:type="continuationSeparator" w:id="0">
    <w:p w14:paraId="1B4E5120" w14:textId="77777777" w:rsidR="0098018D" w:rsidRPr="00D15352" w:rsidRDefault="0098018D">
      <w:pPr>
        <w:spacing w:after="0" w:line="240" w:lineRule="auto"/>
      </w:pPr>
      <w:r w:rsidRPr="00D15352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2DCF60" w14:textId="46A1E111" w:rsidR="00632820" w:rsidRPr="00D15352" w:rsidRDefault="0098018D">
    <w:pPr>
      <w:pStyle w:val="Encabezado"/>
      <w:jc w:val="right"/>
    </w:pPr>
    <w:r w:rsidRPr="00D15352">
      <w:rPr>
        <w:rFonts w:ascii="Aptos" w:hAnsi="Aptos"/>
        <w:color w:val="606C78"/>
        <w:sz w:val="18"/>
      </w:rPr>
      <w:t>Plan de Voluntariado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aconnmeros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aconnmeros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aconvieta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aconvieta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aconnme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2138598977">
    <w:abstractNumId w:val="8"/>
  </w:num>
  <w:num w:numId="2" w16cid:durableId="527987801">
    <w:abstractNumId w:val="6"/>
  </w:num>
  <w:num w:numId="3" w16cid:durableId="1774939606">
    <w:abstractNumId w:val="5"/>
  </w:num>
  <w:num w:numId="4" w16cid:durableId="787823085">
    <w:abstractNumId w:val="4"/>
  </w:num>
  <w:num w:numId="5" w16cid:durableId="57630085">
    <w:abstractNumId w:val="7"/>
  </w:num>
  <w:num w:numId="6" w16cid:durableId="215941643">
    <w:abstractNumId w:val="3"/>
  </w:num>
  <w:num w:numId="7" w16cid:durableId="313684617">
    <w:abstractNumId w:val="2"/>
  </w:num>
  <w:num w:numId="8" w16cid:durableId="1955944759">
    <w:abstractNumId w:val="1"/>
  </w:num>
  <w:num w:numId="9" w16cid:durableId="65218070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47730"/>
    <w:rsid w:val="00034616"/>
    <w:rsid w:val="0006063C"/>
    <w:rsid w:val="000663FB"/>
    <w:rsid w:val="00106454"/>
    <w:rsid w:val="0015074B"/>
    <w:rsid w:val="00241953"/>
    <w:rsid w:val="0029639D"/>
    <w:rsid w:val="00326F90"/>
    <w:rsid w:val="003843F7"/>
    <w:rsid w:val="005251A2"/>
    <w:rsid w:val="00561EFB"/>
    <w:rsid w:val="005E4D92"/>
    <w:rsid w:val="00632820"/>
    <w:rsid w:val="00645697"/>
    <w:rsid w:val="00942988"/>
    <w:rsid w:val="00976350"/>
    <w:rsid w:val="0098018D"/>
    <w:rsid w:val="00A51D4F"/>
    <w:rsid w:val="00AA1D8D"/>
    <w:rsid w:val="00B47730"/>
    <w:rsid w:val="00CB0664"/>
    <w:rsid w:val="00D15352"/>
    <w:rsid w:val="00D773F9"/>
    <w:rsid w:val="00FC693F"/>
    <w:rsid w:val="032B6D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4062061"/>
  <w14:defaultImageDpi w14:val="300"/>
  <w15:docId w15:val="{7EABAE66-AC20-49A3-8EE8-A7F4E49B59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  <w:rPr>
      <w:lang w:val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618BF"/>
  </w:style>
  <w:style w:type="paragraph" w:styleId="Piedepgina">
    <w:name w:val="footer"/>
    <w:basedOn w:val="Normal"/>
    <w:link w:val="PiedepginaC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618BF"/>
  </w:style>
  <w:style w:type="paragraph" w:styleId="Sinespaciado">
    <w:name w:val="No Spacing"/>
    <w:uiPriority w:val="1"/>
    <w:qFormat/>
    <w:rsid w:val="00FC693F"/>
    <w:pPr>
      <w:spacing w:after="0" w:line="240" w:lineRule="auto"/>
    </w:pPr>
  </w:style>
  <w:style w:type="character" w:customStyle="1" w:styleId="Ttulo1Car">
    <w:name w:val="Título 1 Car"/>
    <w:basedOn w:val="Fuentedeprrafopredeter"/>
    <w:link w:val="Ttulo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ulo2Car">
    <w:name w:val="Título 2 Car"/>
    <w:basedOn w:val="Fuentedeprrafopredeter"/>
    <w:link w:val="Ttulo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">
    <w:name w:val="Title"/>
    <w:basedOn w:val="Normal"/>
    <w:next w:val="Normal"/>
    <w:link w:val="TtuloC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tulo">
    <w:name w:val="Subtitle"/>
    <w:basedOn w:val="Normal"/>
    <w:next w:val="Normal"/>
    <w:link w:val="SubttuloC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Prrafodelista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Textoindependiente">
    <w:name w:val="Body Text"/>
    <w:basedOn w:val="Normal"/>
    <w:link w:val="TextoindependienteCar"/>
    <w:uiPriority w:val="99"/>
    <w:unhideWhenUsed/>
    <w:rsid w:val="00AA1D8D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AA1D8D"/>
  </w:style>
  <w:style w:type="paragraph" w:styleId="Textoindependiente2">
    <w:name w:val="Body Text 2"/>
    <w:basedOn w:val="Normal"/>
    <w:link w:val="Textoindependiente2Car"/>
    <w:uiPriority w:val="99"/>
    <w:unhideWhenUsed/>
    <w:rsid w:val="00AA1D8D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AA1D8D"/>
  </w:style>
  <w:style w:type="paragraph" w:styleId="Textoindependiente3">
    <w:name w:val="Body Text 3"/>
    <w:basedOn w:val="Normal"/>
    <w:link w:val="Textoindependiente3C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AA1D8D"/>
    <w:rPr>
      <w:sz w:val="16"/>
      <w:szCs w:val="16"/>
    </w:rPr>
  </w:style>
  <w:style w:type="paragraph" w:styleId="Lista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a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a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aconvietas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aconvietas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aconvietas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aconnmeros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aconnmeros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aconnmeros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Continuarlista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Continuarlista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Continuarlista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Textomacro">
    <w:name w:val="macro"/>
    <w:link w:val="TextomacroC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TextomacroCar">
    <w:name w:val="Texto macro Car"/>
    <w:basedOn w:val="Fuentedeprrafopredeter"/>
    <w:link w:val="Textomacro"/>
    <w:uiPriority w:val="99"/>
    <w:rsid w:val="0029639D"/>
    <w:rPr>
      <w:rFonts w:ascii="Courier" w:hAnsi="Courier"/>
      <w:sz w:val="20"/>
      <w:szCs w:val="20"/>
    </w:rPr>
  </w:style>
  <w:style w:type="paragraph" w:styleId="Cita">
    <w:name w:val="Quote"/>
    <w:basedOn w:val="Normal"/>
    <w:next w:val="Normal"/>
    <w:link w:val="CitaCar"/>
    <w:uiPriority w:val="29"/>
    <w:qFormat/>
    <w:rsid w:val="00FC693F"/>
    <w:rPr>
      <w:i/>
      <w:iCs/>
      <w:color w:val="000000" w:themeColor="text1"/>
    </w:rPr>
  </w:style>
  <w:style w:type="character" w:customStyle="1" w:styleId="CitaCar">
    <w:name w:val="Cita Car"/>
    <w:basedOn w:val="Fuentedeprrafopredeter"/>
    <w:link w:val="Cita"/>
    <w:uiPriority w:val="29"/>
    <w:rsid w:val="00FC693F"/>
    <w:rPr>
      <w:i/>
      <w:iCs/>
      <w:color w:val="000000" w:themeColor="text1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Fuerte">
    <w:name w:val="Strong"/>
    <w:basedOn w:val="Fuentedeprrafopredeter"/>
    <w:uiPriority w:val="22"/>
    <w:qFormat/>
    <w:rsid w:val="00FC693F"/>
    <w:rPr>
      <w:b/>
      <w:bCs/>
    </w:rPr>
  </w:style>
  <w:style w:type="character" w:styleId="nfasis">
    <w:name w:val="Emphasis"/>
    <w:basedOn w:val="Fuentedeprrafopredeter"/>
    <w:uiPriority w:val="20"/>
    <w:qFormat/>
    <w:rsid w:val="00FC693F"/>
    <w:rPr>
      <w:i/>
      <w:iCs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FC693F"/>
    <w:rPr>
      <w:b/>
      <w:bCs/>
      <w:i/>
      <w:iCs/>
      <w:color w:val="4F81BD" w:themeColor="accent1"/>
    </w:rPr>
  </w:style>
  <w:style w:type="character" w:styleId="nfasissutil">
    <w:name w:val="Subtle Emphasis"/>
    <w:basedOn w:val="Fuentedeprrafopredeter"/>
    <w:uiPriority w:val="19"/>
    <w:qFormat/>
    <w:rsid w:val="00FC693F"/>
    <w:rPr>
      <w:i/>
      <w:iCs/>
      <w:color w:val="808080" w:themeColor="text1" w:themeTint="7F"/>
    </w:rPr>
  </w:style>
  <w:style w:type="character" w:styleId="nfasisintenso">
    <w:name w:val="Intense Emphasis"/>
    <w:basedOn w:val="Fuentedeprrafopredeter"/>
    <w:uiPriority w:val="21"/>
    <w:qFormat/>
    <w:rsid w:val="00FC693F"/>
    <w:rPr>
      <w:b/>
      <w:bCs/>
      <w:i/>
      <w:iCs/>
      <w:color w:val="4F81BD" w:themeColor="accent1"/>
    </w:rPr>
  </w:style>
  <w:style w:type="character" w:styleId="Referenciasutil">
    <w:name w:val="Subtle Reference"/>
    <w:basedOn w:val="Fuentedeprrafopredeter"/>
    <w:uiPriority w:val="31"/>
    <w:qFormat/>
    <w:rsid w:val="00FC693F"/>
    <w:rPr>
      <w:smallCaps/>
      <w:color w:val="C0504D" w:themeColor="accent2"/>
      <w:u w:val="single"/>
    </w:rPr>
  </w:style>
  <w:style w:type="character" w:styleId="Referenciaintensa">
    <w:name w:val="Intense Reference"/>
    <w:basedOn w:val="Fuentedeprrafopredeter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Ttulodellibro">
    <w:name w:val="Book Title"/>
    <w:basedOn w:val="Fuentedeprrafopredeter"/>
    <w:uiPriority w:val="33"/>
    <w:qFormat/>
    <w:rsid w:val="00FC693F"/>
    <w:rPr>
      <w:b/>
      <w:bCs/>
      <w:smallCaps/>
      <w:spacing w:val="5"/>
    </w:rPr>
  </w:style>
  <w:style w:type="paragraph" w:styleId="TtuloTDC">
    <w:name w:val="TOC Heading"/>
    <w:basedOn w:val="Ttulo1"/>
    <w:next w:val="Normal"/>
    <w:uiPriority w:val="39"/>
    <w:semiHidden/>
    <w:unhideWhenUsed/>
    <w:qFormat/>
    <w:rsid w:val="00FC693F"/>
    <w:pPr>
      <w:outlineLvl w:val="9"/>
    </w:pPr>
  </w:style>
  <w:style w:type="table" w:styleId="Tablaconcuadrcula">
    <w:name w:val="Table Grid"/>
    <w:basedOn w:val="Tabla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ombreadoclaro">
    <w:name w:val="Light Shading"/>
    <w:basedOn w:val="Tabla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doclaro-nfasis1">
    <w:name w:val="Light Shading Accent 1"/>
    <w:basedOn w:val="Tabla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Sombreadoclaro-nfasis2">
    <w:name w:val="Light Shading Accent 2"/>
    <w:basedOn w:val="Tabla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Sombreadoclaro-nfasis3">
    <w:name w:val="Light Shading Accent 3"/>
    <w:basedOn w:val="Tabla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Sombreadoclaro-nfasis4">
    <w:name w:val="Light Shading Accent 4"/>
    <w:basedOn w:val="Tabla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Sombreadoclaro-nfasis5">
    <w:name w:val="Light Shading Accent 5"/>
    <w:basedOn w:val="Tabla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Sombreadoclaro-nfasis6">
    <w:name w:val="Light Shading Accent 6"/>
    <w:basedOn w:val="Tabla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staclara">
    <w:name w:val="Light List"/>
    <w:basedOn w:val="Tabla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nfasis1">
    <w:name w:val="Light List Accent 1"/>
    <w:basedOn w:val="Tabla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staclara-nfasis2">
    <w:name w:val="Light List Accent 2"/>
    <w:basedOn w:val="Tab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staclara-nfasis3">
    <w:name w:val="Light List Accent 3"/>
    <w:basedOn w:val="Tab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staclara-nfasis4">
    <w:name w:val="Light List Accent 4"/>
    <w:basedOn w:val="Tab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staclara-nfasis5">
    <w:name w:val="Light List Accent 5"/>
    <w:basedOn w:val="Tab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staclara-nfasis6">
    <w:name w:val="Light List Accent 6"/>
    <w:basedOn w:val="Tab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Cuadrculaclara">
    <w:name w:val="Light Grid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Cuadrculaclara-nfasis1">
    <w:name w:val="Light Grid Accent 1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Cuadrculaclara-nfasis2">
    <w:name w:val="Light Grid Accent 2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Cuadrculaclara-nfasis3">
    <w:name w:val="Light Grid Accent 3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Cuadrculaclara-nfasis4">
    <w:name w:val="Light Grid Accent 4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Cuadrculaclara-nfasis5">
    <w:name w:val="Light Grid Accent 5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Cuadrculaclara-nfasis6">
    <w:name w:val="Light Grid Accent 6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Sombreadomedio1">
    <w:name w:val="Medium Shading 1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1">
    <w:name w:val="Medium Shading 1 Accent 1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2">
    <w:name w:val="Medium Shading 1 Accent 2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3">
    <w:name w:val="Medium Shading 1 Accent 3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4">
    <w:name w:val="Medium Shading 1 Accent 4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5">
    <w:name w:val="Medium Shading 1 Accent 5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6">
    <w:name w:val="Medium Shading 1 Accent 6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2">
    <w:name w:val="Medium Shading 2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1">
    <w:name w:val="Medium Shading 2 Accent 1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2">
    <w:name w:val="Medium Shading 2 Accent 2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3">
    <w:name w:val="Medium Shading 2 Accent 3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4">
    <w:name w:val="Medium Shading 2 Accent 4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5">
    <w:name w:val="Medium Shading 2 Accent 5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6">
    <w:name w:val="Medium Shading 2 Accent 6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Listamedia1">
    <w:name w:val="Medium List 1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1">
    <w:name w:val="Medium List 1 Accent 1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Listamedia1-nfasis2">
    <w:name w:val="Medium List 1 Accent 2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Listamedia1-nfasis3">
    <w:name w:val="Medium List 1 Accent 3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Listamedia1-nfasis4">
    <w:name w:val="Medium List 1 Accent 4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Listamedia1-nfasis5">
    <w:name w:val="Medium List 1 Accent 5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Listamedia1-nfasis6">
    <w:name w:val="Medium List 1 Accent 6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Listamedia2">
    <w:name w:val="Medium List 2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1">
    <w:name w:val="Medium List 2 Accent 1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2">
    <w:name w:val="Medium List 2 Accent 2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3">
    <w:name w:val="Medium List 2 Accent 3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4">
    <w:name w:val="Medium List 2 Accent 4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5">
    <w:name w:val="Medium List 2 Accent 5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6">
    <w:name w:val="Medium List 2 Accent 6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Cuadrculamedia1">
    <w:name w:val="Medium Grid 1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media1-nfasis1">
    <w:name w:val="Medium Grid 1 Accent 1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uadrculamedia1-nfasis2">
    <w:name w:val="Medium Grid 1 Accent 2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uadrculamedia1-nfasis3">
    <w:name w:val="Medium Grid 1 Accent 3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uadrculamedia1-nfasis4">
    <w:name w:val="Medium Grid 1 Accent 4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uadrculamedia1-nfasis5">
    <w:name w:val="Medium Grid 1 Accent 5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uadrculamedia1-nfasis6">
    <w:name w:val="Medium Grid 1 Accent 6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Cuadrculamedia2">
    <w:name w:val="Medium Grid 2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1">
    <w:name w:val="Medium Grid 2 Accent 1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2">
    <w:name w:val="Medium Grid 2 Accent 2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3">
    <w:name w:val="Medium Grid 2 Accent 3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4">
    <w:name w:val="Medium Grid 2 Accent 4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5">
    <w:name w:val="Medium Grid 2 Accent 5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6">
    <w:name w:val="Medium Grid 2 Accent 6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3">
    <w:name w:val="Medium Grid 3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Cuadrculamedia3-nfasis1">
    <w:name w:val="Medium Grid 3 Accent 1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Cuadrculamedia3-nfasis2">
    <w:name w:val="Medium Grid 3 Accent 2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Cuadrculamedia3-nfasis3">
    <w:name w:val="Medium Grid 3 Accent 3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Cuadrculamedia3-nfasis4">
    <w:name w:val="Medium Grid 3 Accent 4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Cuadrculamedia3-nfasis5">
    <w:name w:val="Medium Grid 3 Accent 5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Cuadrculamedia3-nfasis6">
    <w:name w:val="Medium Grid 3 Accent 6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Listaoscura">
    <w:name w:val="Dark List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aoscura-nfasis1">
    <w:name w:val="Dark List Accent 1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Listaoscura-nfasis2">
    <w:name w:val="Dark List Accent 2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Listaoscura-nfasis3">
    <w:name w:val="Dark List Accent 3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Listaoscura-nfasis4">
    <w:name w:val="Dark List Accent 4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Listaoscura-nfasis5">
    <w:name w:val="Dark List Accent 5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Listaoscura-nfasis6">
    <w:name w:val="Dark List Accent 6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Sombreadovistoso">
    <w:name w:val="Colorful Shading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1">
    <w:name w:val="Colorful Shading Accent 1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2">
    <w:name w:val="Colorful Shading Accent 2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3">
    <w:name w:val="Colorful Shading Accent 3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Sombreadovistoso-nfasis4">
    <w:name w:val="Colorful Shading Accent 4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5">
    <w:name w:val="Colorful Shading Accent 5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6">
    <w:name w:val="Colorful Shading Accent 6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Listavistosa">
    <w:name w:val="Colorful List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vistosa-nfasis1">
    <w:name w:val="Colorful List Accent 1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Listavistosa-nfasis2">
    <w:name w:val="Colorful List Accent 2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istavistosa-nfasis3">
    <w:name w:val="Colorful List Accent 3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Listavistosa-nfasis4">
    <w:name w:val="Colorful List Accent 4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Listavistosa-nfasis5">
    <w:name w:val="Colorful List Accent 5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Listavistosa-nfasis6">
    <w:name w:val="Colorful List Accent 6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uadrculavistosa">
    <w:name w:val="Colorful Grid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vistosa-nfasis1">
    <w:name w:val="Colorful Grid Accent 1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uadrculavistosa-nfasis2">
    <w:name w:val="Colorful Grid Accent 2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uadrculavistosa-nfasis3">
    <w:name w:val="Colorful Grid Accent 3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uadrculavistosa-nfasis4">
    <w:name w:val="Colorful Grid Accent 4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uadrculavistosa-nfasis5">
    <w:name w:val="Colorful Grid Accent 5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uadrculavistosa-nfasis6">
    <w:name w:val="Colorful Grid Accent 6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FFCD83CCB2630C4F9EE467A1A47D81F4" ma:contentTypeVersion="14" ma:contentTypeDescription="Crear nuevo documento." ma:contentTypeScope="" ma:versionID="c4fef4c1e35637c70ccb5a9a72bce13b">
  <xsd:schema xmlns:xsd="http://www.w3.org/2001/XMLSchema" xmlns:xs="http://www.w3.org/2001/XMLSchema" xmlns:p="http://schemas.microsoft.com/office/2006/metadata/properties" xmlns:ns2="118fbd89-2953-4494-b506-d42a5d646047" xmlns:ns3="239afc6c-c0db-4a77-9cc0-668061c3d45a" targetNamespace="http://schemas.microsoft.com/office/2006/metadata/properties" ma:root="true" ma:fieldsID="415e9e68bbdfebfb86e5474c6d293cf6" ns2:_="" ns3:_="">
    <xsd:import namespace="118fbd89-2953-4494-b506-d42a5d646047"/>
    <xsd:import namespace="239afc6c-c0db-4a77-9cc0-668061c3d45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18fbd89-2953-4494-b506-d42a5d64604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5" nillable="true" ma:taxonomy="true" ma:internalName="lcf76f155ced4ddcb4097134ff3c332f" ma:taxonomyFieldName="MediaServiceImageTags" ma:displayName="Etiquetas de imagen" ma:readOnly="false" ma:fieldId="{5cf76f15-5ced-4ddc-b409-7134ff3c332f}" ma:taxonomyMulti="true" ma:sspId="fed664e4-1461-489c-84c9-3b14bfc5a82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9afc6c-c0db-4a77-9cc0-668061c3d45a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81c73d02-fe36-4674-a95b-32124a95eb2f}" ma:internalName="TaxCatchAll" ma:showField="CatchAllData" ma:web="239afc6c-c0db-4a77-9cc0-668061c3d45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39afc6c-c0db-4a77-9cc0-668061c3d45a" xsi:nil="true"/>
    <lcf76f155ced4ddcb4097134ff3c332f xmlns="118fbd89-2953-4494-b506-d42a5d646047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62896594-7A63-4A04-8225-C01DC926B9B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18fbd89-2953-4494-b506-d42a5d646047"/>
    <ds:schemaRef ds:uri="239afc6c-c0db-4a77-9cc0-668061c3d45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146F93F-3505-4965-B731-E90B2C15041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1107591-EDB9-403C-B33B-9C920902C88F}">
  <ds:schemaRefs>
    <ds:schemaRef ds:uri="http://schemas.microsoft.com/office/2006/metadata/properties"/>
    <ds:schemaRef ds:uri="http://schemas.microsoft.com/office/infopath/2007/PartnerControls"/>
    <ds:schemaRef ds:uri="239afc6c-c0db-4a77-9cc0-668061c3d45a"/>
    <ds:schemaRef ds:uri="118fbd89-2953-4494-b506-d42a5d646047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10</Pages>
  <Words>1295</Words>
  <Characters>7128</Characters>
  <Application>Microsoft Office Word</Application>
  <DocSecurity>0</DocSecurity>
  <Lines>59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8407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SANCHEZ ENDRINA, INES MARIA</cp:lastModifiedBy>
  <cp:revision>6</cp:revision>
  <dcterms:created xsi:type="dcterms:W3CDTF">2026-06-25T08:05:00Z</dcterms:created>
  <dcterms:modified xsi:type="dcterms:W3CDTF">2026-06-25T08:26:00Z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0x010100FFCD83CCB2630C4F9EE467A1A47D81F4</vt:lpwstr>
  </property>
  <property fmtid="{D5CDD505-2E9C-101B-9397-08002B2CF9AE}" pid="3" name="MediaServiceImageTags">
    <vt:lpwstr/>
  </property>
</Properties>
</file>